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BD68" w14:textId="7C31CF46" w:rsidR="00012DD2" w:rsidRDefault="00246C27">
      <w:pPr>
        <w:spacing w:line="1335" w:lineRule="exact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BD4C" wp14:editId="07D23C7C">
            <wp:simplePos x="0" y="0"/>
            <wp:positionH relativeFrom="column">
              <wp:posOffset>1577340</wp:posOffset>
            </wp:positionH>
            <wp:positionV relativeFrom="paragraph">
              <wp:posOffset>-290195</wp:posOffset>
            </wp:positionV>
            <wp:extent cx="2570051" cy="1028700"/>
            <wp:effectExtent l="0" t="0" r="0" b="0"/>
            <wp:wrapNone/>
            <wp:docPr id="8958752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75232" name="Grafik 89587523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0051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72BCD" w14:textId="77777777" w:rsidR="00012DD2" w:rsidRDefault="00D47619">
      <w:pPr>
        <w:spacing w:before="143" w:line="384" w:lineRule="exact"/>
        <w:jc w:val="center"/>
      </w:pPr>
      <w:r>
        <w:rPr>
          <w:sz w:val="32"/>
        </w:rPr>
        <w:t>Universität Siegen</w:t>
      </w:r>
    </w:p>
    <w:p w14:paraId="36083C54" w14:textId="77777777" w:rsidR="00012DD2" w:rsidRDefault="00D47619">
      <w:pPr>
        <w:spacing w:before="176" w:line="288" w:lineRule="exact"/>
        <w:jc w:val="center"/>
      </w:pPr>
      <w:r>
        <w:t xml:space="preserve">Fakultät III, </w:t>
      </w:r>
      <w:r>
        <w:rPr>
          <w:highlight w:val="yellow"/>
        </w:rPr>
        <w:t>[Name des Lehrstuhls]</w:t>
      </w:r>
    </w:p>
    <w:p w14:paraId="74FF28B8" w14:textId="77777777" w:rsidR="00012DD2" w:rsidRDefault="00D47619">
      <w:pPr>
        <w:spacing w:before="1112" w:line="528" w:lineRule="exact"/>
        <w:jc w:val="center"/>
      </w:pPr>
      <w:r>
        <w:rPr>
          <w:sz w:val="44"/>
        </w:rPr>
        <w:t>Bachelorarbeit</w:t>
      </w:r>
    </w:p>
    <w:p w14:paraId="7BCA229C" w14:textId="77777777" w:rsidR="00012DD2" w:rsidRDefault="00012DD2">
      <w:pPr>
        <w:pBdr>
          <w:bottom w:val="single" w:sz="12" w:space="0" w:color="000000"/>
        </w:pBdr>
        <w:spacing w:before="1572" w:line="20" w:lineRule="exact"/>
        <w:jc w:val="center"/>
      </w:pPr>
    </w:p>
    <w:p w14:paraId="149EBFF9" w14:textId="77777777" w:rsidR="00012DD2" w:rsidRDefault="00D47619">
      <w:pPr>
        <w:spacing w:before="390" w:line="432" w:lineRule="exact"/>
        <w:jc w:val="center"/>
      </w:pPr>
      <w:r>
        <w:rPr>
          <w:b/>
          <w:sz w:val="36"/>
          <w:highlight w:val="yellow"/>
        </w:rPr>
        <w:t>[Titel der Arbeit]</w:t>
      </w:r>
    </w:p>
    <w:p w14:paraId="29376C54" w14:textId="77777777" w:rsidR="00012DD2" w:rsidRDefault="00D47619">
      <w:pPr>
        <w:spacing w:before="176" w:line="432" w:lineRule="exact"/>
        <w:jc w:val="center"/>
      </w:pPr>
      <w:r>
        <w:rPr>
          <w:b/>
          <w:sz w:val="36"/>
          <w:highlight w:val="yellow"/>
        </w:rPr>
        <w:t>[Titel der Arbeit – zweite Zeile]</w:t>
      </w:r>
    </w:p>
    <w:p w14:paraId="4E43A72F" w14:textId="77777777" w:rsidR="00012DD2" w:rsidRDefault="00012DD2">
      <w:pPr>
        <w:pBdr>
          <w:bottom w:val="single" w:sz="12" w:space="0" w:color="000000"/>
        </w:pBdr>
        <w:spacing w:before="286" w:line="20" w:lineRule="exact"/>
        <w:jc w:val="center"/>
      </w:pPr>
    </w:p>
    <w:p w14:paraId="147199A8" w14:textId="77777777" w:rsidR="00012DD2" w:rsidRDefault="00D47619">
      <w:pPr>
        <w:spacing w:before="1254" w:line="288" w:lineRule="exact"/>
        <w:jc w:val="center"/>
      </w:pPr>
      <w:r>
        <w:rPr>
          <w:b/>
        </w:rPr>
        <w:t>Gutachter</w:t>
      </w:r>
    </w:p>
    <w:p w14:paraId="652084DE" w14:textId="77777777" w:rsidR="00012DD2" w:rsidRDefault="00D47619">
      <w:pPr>
        <w:spacing w:before="172" w:line="288" w:lineRule="exact"/>
        <w:jc w:val="center"/>
      </w:pPr>
      <w:r>
        <w:t xml:space="preserve">Prof. Dr. </w:t>
      </w:r>
      <w:r>
        <w:rPr>
          <w:highlight w:val="yellow"/>
        </w:rPr>
        <w:t>[Name Erstgutachter/in]</w:t>
      </w:r>
    </w:p>
    <w:p w14:paraId="2B961363" w14:textId="77777777" w:rsidR="00012DD2" w:rsidRDefault="00D47619">
      <w:pPr>
        <w:spacing w:before="170" w:line="288" w:lineRule="exact"/>
        <w:jc w:val="center"/>
      </w:pPr>
      <w:r>
        <w:t xml:space="preserve">Prof. Dr. </w:t>
      </w:r>
      <w:r>
        <w:rPr>
          <w:highlight w:val="yellow"/>
        </w:rPr>
        <w:t>[Name Zweitgutachter/in]</w:t>
      </w:r>
    </w:p>
    <w:p w14:paraId="37729588" w14:textId="77777777" w:rsidR="00012DD2" w:rsidRDefault="00D47619">
      <w:pPr>
        <w:tabs>
          <w:tab w:val="left" w:pos="2124"/>
        </w:tabs>
        <w:spacing w:before="1084" w:line="288" w:lineRule="exact"/>
      </w:pPr>
      <w:r>
        <w:t>Name:</w:t>
      </w:r>
      <w:r>
        <w:tab/>
      </w:r>
      <w:r>
        <w:rPr>
          <w:highlight w:val="yellow"/>
        </w:rPr>
        <w:t>[Vorname Nachname]</w:t>
      </w:r>
    </w:p>
    <w:p w14:paraId="41DF50B5" w14:textId="77777777" w:rsidR="00012DD2" w:rsidRDefault="00D47619">
      <w:pPr>
        <w:tabs>
          <w:tab w:val="left" w:pos="2124"/>
        </w:tabs>
        <w:spacing w:before="170" w:line="288" w:lineRule="exact"/>
      </w:pPr>
      <w:r>
        <w:t>Adresse:</w:t>
      </w:r>
      <w:r>
        <w:tab/>
      </w:r>
      <w:r>
        <w:rPr>
          <w:highlight w:val="yellow"/>
        </w:rPr>
        <w:t>[Straße und Hausnummer]</w:t>
      </w:r>
    </w:p>
    <w:p w14:paraId="2F28027A" w14:textId="77777777" w:rsidR="00012DD2" w:rsidRDefault="00D47619">
      <w:pPr>
        <w:tabs>
          <w:tab w:val="left" w:pos="2124"/>
        </w:tabs>
        <w:spacing w:before="170" w:line="288" w:lineRule="exact"/>
      </w:pPr>
      <w:r>
        <w:tab/>
      </w:r>
      <w:r>
        <w:rPr>
          <w:highlight w:val="yellow"/>
        </w:rPr>
        <w:t>[Postleitzahl und Ort]</w:t>
      </w:r>
    </w:p>
    <w:p w14:paraId="2CF3CA2E" w14:textId="77777777" w:rsidR="00012DD2" w:rsidRDefault="00D47619">
      <w:pPr>
        <w:tabs>
          <w:tab w:val="left" w:pos="2124"/>
        </w:tabs>
        <w:spacing w:before="170" w:line="288" w:lineRule="exact"/>
      </w:pPr>
      <w:r>
        <w:t>Matr.-Nr.:</w:t>
      </w:r>
      <w:r>
        <w:tab/>
      </w:r>
      <w:r>
        <w:rPr>
          <w:highlight w:val="yellow"/>
        </w:rPr>
        <w:t>[Matrikelnummer]</w:t>
      </w:r>
    </w:p>
    <w:p w14:paraId="1FA0019B" w14:textId="77777777" w:rsidR="00012DD2" w:rsidRDefault="00D47619">
      <w:pPr>
        <w:tabs>
          <w:tab w:val="left" w:pos="2124"/>
        </w:tabs>
        <w:spacing w:before="170" w:line="288" w:lineRule="exact"/>
      </w:pPr>
      <w:r>
        <w:t>E-Mail:</w:t>
      </w:r>
      <w:r>
        <w:tab/>
      </w:r>
      <w:r>
        <w:rPr>
          <w:highlight w:val="yellow"/>
        </w:rPr>
        <w:t>[E-Mail-Adresse]</w:t>
      </w:r>
    </w:p>
    <w:p w14:paraId="586A684E" w14:textId="77777777" w:rsidR="00012DD2" w:rsidRDefault="00D47619">
      <w:pPr>
        <w:tabs>
          <w:tab w:val="left" w:pos="2124"/>
        </w:tabs>
        <w:spacing w:before="170" w:line="288" w:lineRule="exact"/>
      </w:pPr>
      <w:r>
        <w:t>Studiengang:</w:t>
      </w:r>
      <w:r>
        <w:tab/>
      </w:r>
      <w:r>
        <w:rPr>
          <w:highlight w:val="yellow"/>
        </w:rPr>
        <w:t>[Studiengang]</w:t>
      </w:r>
    </w:p>
    <w:p w14:paraId="05305FBE" w14:textId="77777777" w:rsidR="00012DD2" w:rsidRDefault="00D47619">
      <w:pPr>
        <w:tabs>
          <w:tab w:val="left" w:pos="2124"/>
        </w:tabs>
        <w:spacing w:before="170" w:line="288" w:lineRule="exact"/>
      </w:pPr>
      <w:r>
        <w:t>Abgabetermin:</w:t>
      </w:r>
      <w:r>
        <w:tab/>
      </w:r>
      <w:r>
        <w:rPr>
          <w:highlight w:val="yellow"/>
        </w:rPr>
        <w:t>[TT.MM.JJJJ]</w:t>
      </w:r>
    </w:p>
    <w:sectPr w:rsidR="00012DD2" w:rsidSect="00034616">
      <w:pgSz w:w="11906" w:h="16838"/>
      <w:pgMar w:top="1432" w:right="1416" w:bottom="1200" w:left="14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2886413">
    <w:abstractNumId w:val="8"/>
  </w:num>
  <w:num w:numId="2" w16cid:durableId="1499926984">
    <w:abstractNumId w:val="6"/>
  </w:num>
  <w:num w:numId="3" w16cid:durableId="1570269897">
    <w:abstractNumId w:val="5"/>
  </w:num>
  <w:num w:numId="4" w16cid:durableId="1056127498">
    <w:abstractNumId w:val="4"/>
  </w:num>
  <w:num w:numId="5" w16cid:durableId="1994482592">
    <w:abstractNumId w:val="7"/>
  </w:num>
  <w:num w:numId="6" w16cid:durableId="2093313142">
    <w:abstractNumId w:val="3"/>
  </w:num>
  <w:num w:numId="7" w16cid:durableId="1144737150">
    <w:abstractNumId w:val="2"/>
  </w:num>
  <w:num w:numId="8" w16cid:durableId="1740976536">
    <w:abstractNumId w:val="1"/>
  </w:num>
  <w:num w:numId="9" w16cid:durableId="2091853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DD2"/>
    <w:rsid w:val="00034616"/>
    <w:rsid w:val="0006063C"/>
    <w:rsid w:val="0015074B"/>
    <w:rsid w:val="00246C27"/>
    <w:rsid w:val="0029639D"/>
    <w:rsid w:val="00326F90"/>
    <w:rsid w:val="008634E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7E422"/>
  <w14:defaultImageDpi w14:val="300"/>
  <w15:docId w15:val="{B0D6F047-6C87-4762-8633-CAF6F4F0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Times New Roman" w:hAnsi="Times New Roman"/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Bareis, Alexander</cp:lastModifiedBy>
  <cp:revision>2</cp:revision>
  <dcterms:created xsi:type="dcterms:W3CDTF">2013-12-23T23:15:00Z</dcterms:created>
  <dcterms:modified xsi:type="dcterms:W3CDTF">2026-10-02T10:17:00Z</dcterms:modified>
  <cp:category/>
</cp:coreProperties>
</file>