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455" w:rsidRDefault="007B7EAD">
      <w:pPr>
        <w:spacing w:after="147" w:line="240" w:lineRule="auto"/>
        <w:jc w:val="center"/>
      </w:pPr>
      <w:r>
        <w:rPr>
          <w:noProof/>
        </w:rPr>
        <w:drawing>
          <wp:inline distT="0" distB="0" distL="0" distR="0">
            <wp:extent cx="2304000" cy="922224"/>
            <wp:effectExtent l="0" t="0" r="0" b="0"/>
            <wp:docPr id="1" name="Picture 1" descr="Logo der Universität Siegen" title="Universität Si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ni_siegen_lang.png"/>
                    <pic:cNvPicPr/>
                  </pic:nvPicPr>
                  <pic:blipFill>
                    <a:blip r:embed="rId8"/>
                    <a:stretch>
                      <a:fillRect/>
                    </a:stretch>
                  </pic:blipFill>
                  <pic:spPr>
                    <a:xfrm>
                      <a:off x="0" y="0"/>
                      <a:ext cx="2304000" cy="922224"/>
                    </a:xfrm>
                    <a:prstGeom prst="rect">
                      <a:avLst/>
                    </a:prstGeom>
                  </pic:spPr>
                </pic:pic>
              </a:graphicData>
            </a:graphic>
          </wp:inline>
        </w:drawing>
      </w:r>
    </w:p>
    <w:p w:rsidR="00137455" w:rsidRDefault="007B7EAD">
      <w:pPr>
        <w:spacing w:after="20" w:line="240" w:lineRule="auto"/>
        <w:jc w:val="center"/>
      </w:pPr>
      <w:r>
        <w:rPr>
          <w:sz w:val="32"/>
        </w:rPr>
        <w:t>University of Siegen</w:t>
      </w:r>
    </w:p>
    <w:p w:rsidR="00137455" w:rsidRDefault="007B7EAD">
      <w:pPr>
        <w:spacing w:line="269" w:lineRule="auto"/>
        <w:jc w:val="center"/>
      </w:pPr>
      <w:r>
        <w:t>Faculty III: School of Economic Disciplines,</w:t>
      </w:r>
      <w:r>
        <w:br/>
        <w:t>[Name of chair]</w:t>
      </w:r>
    </w:p>
    <w:p w:rsidR="00137455" w:rsidRDefault="007B7EAD">
      <w:pPr>
        <w:spacing w:before="540" w:after="540" w:line="240" w:lineRule="auto"/>
        <w:jc w:val="center"/>
      </w:pPr>
      <w:r>
        <w:rPr>
          <w:sz w:val="42"/>
        </w:rPr>
        <w:t>Master Thesis</w:t>
      </w:r>
    </w:p>
    <w:p w:rsidR="00137455" w:rsidRDefault="00137455">
      <w:pPr>
        <w:pBdr>
          <w:bottom w:val="single" w:sz="9" w:space="0" w:color="222222"/>
        </w:pBdr>
        <w:spacing w:after="260" w:line="240" w:lineRule="auto"/>
      </w:pPr>
    </w:p>
    <w:p w:rsidR="00137455" w:rsidRDefault="007B7EAD">
      <w:pPr>
        <w:spacing w:before="20" w:after="260" w:line="288" w:lineRule="auto"/>
        <w:jc w:val="center"/>
      </w:pPr>
      <w:r>
        <w:rPr>
          <w:b/>
          <w:sz w:val="36"/>
        </w:rPr>
        <w:t>[Title of thesis]</w:t>
      </w:r>
    </w:p>
    <w:p w:rsidR="00137455" w:rsidRDefault="00137455">
      <w:pPr>
        <w:pBdr>
          <w:bottom w:val="single" w:sz="9" w:space="0" w:color="222222"/>
        </w:pBdr>
        <w:spacing w:after="500" w:line="240" w:lineRule="auto"/>
      </w:pPr>
    </w:p>
    <w:p w:rsidR="00137455" w:rsidRDefault="007B7EAD">
      <w:pPr>
        <w:spacing w:after="180" w:line="240" w:lineRule="auto"/>
        <w:jc w:val="center"/>
      </w:pPr>
      <w:r>
        <w:rPr>
          <w:b/>
        </w:rPr>
        <w:t>Supervisors</w:t>
      </w:r>
    </w:p>
    <w:p w:rsidR="00137455" w:rsidRDefault="007B7EAD">
      <w:pPr>
        <w:spacing w:after="40" w:line="252" w:lineRule="auto"/>
        <w:jc w:val="center"/>
      </w:pPr>
      <w:r>
        <w:t>Prof. Dr. [Name of first supervisor]</w:t>
      </w:r>
    </w:p>
    <w:p w:rsidR="00137455" w:rsidRDefault="007B7EAD">
      <w:pPr>
        <w:spacing w:after="40" w:line="252" w:lineRule="auto"/>
        <w:jc w:val="center"/>
      </w:pPr>
      <w:r>
        <w:t>Prof. Dr. [Name of second supervisor]</w:t>
      </w:r>
    </w:p>
    <w:p w:rsidR="00137455" w:rsidRDefault="00137455">
      <w:pPr>
        <w:spacing w:after="120" w:line="240" w:lineRule="auto"/>
      </w:pPr>
    </w:p>
    <w:p w:rsidR="00BE381B" w:rsidRDefault="00BE381B">
      <w:pPr>
        <w:spacing w:after="120" w:line="240" w:lineRule="auto"/>
      </w:pPr>
    </w:p>
    <w:p w:rsidR="00BE381B" w:rsidRDefault="00BE381B">
      <w:pPr>
        <w:spacing w:after="120" w:line="240" w:lineRule="auto"/>
      </w:pPr>
    </w:p>
    <w:tbl>
      <w:tblPr>
        <w:tblW w:w="0" w:type="auto"/>
        <w:jc w:val="center"/>
        <w:tblLayout w:type="fixed"/>
        <w:tblLook w:val="04A0" w:firstRow="1" w:lastRow="0" w:firstColumn="1" w:lastColumn="0" w:noHBand="0" w:noVBand="1"/>
      </w:tblPr>
      <w:tblGrid>
        <w:gridCol w:w="2409"/>
        <w:gridCol w:w="5528"/>
      </w:tblGrid>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Name:</w:t>
            </w:r>
          </w:p>
        </w:tc>
        <w:tc>
          <w:tcPr>
            <w:tcW w:w="5528" w:type="dxa"/>
            <w:tcMar>
              <w:top w:w="0" w:type="dxa"/>
              <w:left w:w="0" w:type="dxa"/>
              <w:bottom w:w="0" w:type="dxa"/>
              <w:right w:w="0" w:type="dxa"/>
            </w:tcMar>
            <w:vAlign w:val="center"/>
          </w:tcPr>
          <w:p w:rsidR="00137455" w:rsidRDefault="007B7EAD">
            <w:pPr>
              <w:spacing w:line="240" w:lineRule="auto"/>
            </w:pPr>
            <w:r>
              <w:t>[First name Last name]</w:t>
            </w:r>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Address:</w:t>
            </w:r>
          </w:p>
        </w:tc>
        <w:tc>
          <w:tcPr>
            <w:tcW w:w="5528" w:type="dxa"/>
            <w:tcMar>
              <w:top w:w="0" w:type="dxa"/>
              <w:left w:w="0" w:type="dxa"/>
              <w:bottom w:w="0" w:type="dxa"/>
              <w:right w:w="0" w:type="dxa"/>
            </w:tcMar>
            <w:vAlign w:val="center"/>
          </w:tcPr>
          <w:p w:rsidR="00137455" w:rsidRDefault="007B7EAD">
            <w:pPr>
              <w:spacing w:line="240" w:lineRule="auto"/>
            </w:pPr>
            <w:r>
              <w:t>[Street and house number]</w:t>
            </w:r>
          </w:p>
        </w:tc>
      </w:tr>
      <w:tr w:rsidR="00137455">
        <w:trPr>
          <w:trHeight w:val="255"/>
          <w:jc w:val="center"/>
        </w:trPr>
        <w:tc>
          <w:tcPr>
            <w:tcW w:w="2409" w:type="dxa"/>
            <w:tcMar>
              <w:top w:w="0" w:type="dxa"/>
              <w:left w:w="0" w:type="dxa"/>
              <w:bottom w:w="0" w:type="dxa"/>
              <w:right w:w="0" w:type="dxa"/>
            </w:tcMar>
            <w:vAlign w:val="center"/>
          </w:tcPr>
          <w:p w:rsidR="00137455" w:rsidRDefault="00137455">
            <w:pPr>
              <w:spacing w:line="240" w:lineRule="auto"/>
            </w:pPr>
          </w:p>
        </w:tc>
        <w:tc>
          <w:tcPr>
            <w:tcW w:w="5528" w:type="dxa"/>
            <w:tcMar>
              <w:top w:w="0" w:type="dxa"/>
              <w:left w:w="0" w:type="dxa"/>
              <w:bottom w:w="0" w:type="dxa"/>
              <w:right w:w="0" w:type="dxa"/>
            </w:tcMar>
            <w:vAlign w:val="center"/>
          </w:tcPr>
          <w:p w:rsidR="00137455" w:rsidRDefault="007B7EAD">
            <w:pPr>
              <w:spacing w:line="240" w:lineRule="auto"/>
            </w:pPr>
            <w:r>
              <w:t>[Postal code and city]</w:t>
            </w:r>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Telephone:</w:t>
            </w:r>
          </w:p>
        </w:tc>
        <w:tc>
          <w:tcPr>
            <w:tcW w:w="5528" w:type="dxa"/>
            <w:tcMar>
              <w:top w:w="0" w:type="dxa"/>
              <w:left w:w="0" w:type="dxa"/>
              <w:bottom w:w="0" w:type="dxa"/>
              <w:right w:w="0" w:type="dxa"/>
            </w:tcMar>
            <w:vAlign w:val="center"/>
          </w:tcPr>
          <w:p w:rsidR="00137455" w:rsidRDefault="007B7EAD">
            <w:pPr>
              <w:spacing w:line="240" w:lineRule="auto"/>
            </w:pPr>
            <w:r>
              <w:t>[Telephone number]</w:t>
            </w:r>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Email:</w:t>
            </w:r>
          </w:p>
        </w:tc>
        <w:tc>
          <w:tcPr>
            <w:tcW w:w="5528" w:type="dxa"/>
            <w:tcMar>
              <w:top w:w="0" w:type="dxa"/>
              <w:left w:w="0" w:type="dxa"/>
              <w:bottom w:w="0" w:type="dxa"/>
              <w:right w:w="0" w:type="dxa"/>
            </w:tcMar>
            <w:vAlign w:val="center"/>
          </w:tcPr>
          <w:p w:rsidR="00137455" w:rsidRDefault="007B7EAD">
            <w:pPr>
              <w:spacing w:line="240" w:lineRule="auto"/>
            </w:pPr>
            <w:r>
              <w:t>[Email address]</w:t>
            </w:r>
            <w:bookmarkStart w:id="0" w:name="_GoBack"/>
            <w:bookmarkEnd w:id="0"/>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Student ID:</w:t>
            </w:r>
          </w:p>
        </w:tc>
        <w:tc>
          <w:tcPr>
            <w:tcW w:w="5528" w:type="dxa"/>
            <w:tcMar>
              <w:top w:w="0" w:type="dxa"/>
              <w:left w:w="0" w:type="dxa"/>
              <w:bottom w:w="0" w:type="dxa"/>
              <w:right w:w="0" w:type="dxa"/>
            </w:tcMar>
            <w:vAlign w:val="center"/>
          </w:tcPr>
          <w:p w:rsidR="00137455" w:rsidRDefault="007B7EAD">
            <w:pPr>
              <w:spacing w:line="240" w:lineRule="auto"/>
            </w:pPr>
            <w:r>
              <w:t>[Student ID number]</w:t>
            </w:r>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Program of Study:</w:t>
            </w:r>
          </w:p>
        </w:tc>
        <w:tc>
          <w:tcPr>
            <w:tcW w:w="5528" w:type="dxa"/>
            <w:tcMar>
              <w:top w:w="0" w:type="dxa"/>
              <w:left w:w="0" w:type="dxa"/>
              <w:bottom w:w="0" w:type="dxa"/>
              <w:right w:w="0" w:type="dxa"/>
            </w:tcMar>
            <w:vAlign w:val="center"/>
          </w:tcPr>
          <w:p w:rsidR="00137455" w:rsidRDefault="007B7EAD">
            <w:pPr>
              <w:spacing w:line="240" w:lineRule="auto"/>
            </w:pPr>
            <w:r>
              <w:t>[Program of study]</w:t>
            </w:r>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Number of Semesters:</w:t>
            </w:r>
          </w:p>
        </w:tc>
        <w:tc>
          <w:tcPr>
            <w:tcW w:w="5528" w:type="dxa"/>
            <w:tcMar>
              <w:top w:w="0" w:type="dxa"/>
              <w:left w:w="0" w:type="dxa"/>
              <w:bottom w:w="0" w:type="dxa"/>
              <w:right w:w="0" w:type="dxa"/>
            </w:tcMar>
            <w:vAlign w:val="center"/>
          </w:tcPr>
          <w:p w:rsidR="00137455" w:rsidRDefault="007B7EAD">
            <w:pPr>
              <w:spacing w:line="240" w:lineRule="auto"/>
            </w:pPr>
            <w:r>
              <w:t>[Number of semesters]</w:t>
            </w:r>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Module / Course:</w:t>
            </w:r>
          </w:p>
        </w:tc>
        <w:tc>
          <w:tcPr>
            <w:tcW w:w="5528" w:type="dxa"/>
            <w:tcMar>
              <w:top w:w="0" w:type="dxa"/>
              <w:left w:w="0" w:type="dxa"/>
              <w:bottom w:w="0" w:type="dxa"/>
              <w:right w:w="0" w:type="dxa"/>
            </w:tcMar>
            <w:vAlign w:val="center"/>
          </w:tcPr>
          <w:p w:rsidR="00137455" w:rsidRDefault="007B7EAD">
            <w:pPr>
              <w:spacing w:line="240" w:lineRule="auto"/>
            </w:pPr>
            <w:r>
              <w:t>[Module or course]</w:t>
            </w:r>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Semester:</w:t>
            </w:r>
          </w:p>
        </w:tc>
        <w:tc>
          <w:tcPr>
            <w:tcW w:w="5528" w:type="dxa"/>
            <w:tcMar>
              <w:top w:w="0" w:type="dxa"/>
              <w:left w:w="0" w:type="dxa"/>
              <w:bottom w:w="0" w:type="dxa"/>
              <w:right w:w="0" w:type="dxa"/>
            </w:tcMar>
            <w:vAlign w:val="center"/>
          </w:tcPr>
          <w:p w:rsidR="00137455" w:rsidRDefault="007B7EAD">
            <w:pPr>
              <w:spacing w:line="240" w:lineRule="auto"/>
            </w:pPr>
            <w:r>
              <w:t>[Winter / Summer Semester YYYY]</w:t>
            </w:r>
          </w:p>
        </w:tc>
      </w:tr>
      <w:tr w:rsidR="00137455">
        <w:trPr>
          <w:trHeight w:val="255"/>
          <w:jc w:val="center"/>
        </w:trPr>
        <w:tc>
          <w:tcPr>
            <w:tcW w:w="2409" w:type="dxa"/>
            <w:tcMar>
              <w:top w:w="0" w:type="dxa"/>
              <w:left w:w="0" w:type="dxa"/>
              <w:bottom w:w="0" w:type="dxa"/>
              <w:right w:w="0" w:type="dxa"/>
            </w:tcMar>
            <w:vAlign w:val="center"/>
          </w:tcPr>
          <w:p w:rsidR="00137455" w:rsidRDefault="007B7EAD">
            <w:pPr>
              <w:spacing w:line="240" w:lineRule="auto"/>
            </w:pPr>
            <w:r>
              <w:t>Date of Submission:</w:t>
            </w:r>
          </w:p>
        </w:tc>
        <w:tc>
          <w:tcPr>
            <w:tcW w:w="5528" w:type="dxa"/>
            <w:tcMar>
              <w:top w:w="0" w:type="dxa"/>
              <w:left w:w="0" w:type="dxa"/>
              <w:bottom w:w="0" w:type="dxa"/>
              <w:right w:w="0" w:type="dxa"/>
            </w:tcMar>
            <w:vAlign w:val="center"/>
          </w:tcPr>
          <w:p w:rsidR="00137455" w:rsidRDefault="007B7EAD">
            <w:pPr>
              <w:spacing w:line="240" w:lineRule="auto"/>
            </w:pPr>
            <w:r>
              <w:t>[DD Month YYYY]</w:t>
            </w:r>
          </w:p>
        </w:tc>
      </w:tr>
    </w:tbl>
    <w:p w:rsidR="00137455" w:rsidRDefault="00137455">
      <w:pPr>
        <w:sectPr w:rsidR="00137455">
          <w:pgSz w:w="11906" w:h="16838"/>
          <w:pgMar w:top="1417" w:right="1984" w:bottom="1417" w:left="1984" w:header="737" w:footer="737" w:gutter="0"/>
          <w:cols w:space="720"/>
          <w:docGrid w:linePitch="360"/>
        </w:sectPr>
      </w:pPr>
    </w:p>
    <w:p w:rsidR="00137455" w:rsidRDefault="007B7EAD">
      <w:pPr>
        <w:pStyle w:val="ListTitle"/>
        <w:spacing w:before="0"/>
      </w:pPr>
      <w:r>
        <w:lastRenderedPageBreak/>
        <w:t>Table of Contents</w:t>
      </w:r>
    </w:p>
    <w:p w:rsidR="00450B15" w:rsidRDefault="007B7EAD">
      <w:pPr>
        <w:pStyle w:val="Verzeichnis1"/>
        <w:tabs>
          <w:tab w:val="right" w:leader="dot" w:pos="7928"/>
        </w:tabs>
        <w:rPr>
          <w:rFonts w:asciiTheme="minorHAnsi" w:eastAsiaTheme="minorEastAsia" w:hAnsiTheme="minorHAnsi" w:cstheme="minorBidi"/>
          <w:noProof/>
          <w:sz w:val="22"/>
          <w:lang w:eastAsia="de-DE"/>
        </w:rPr>
      </w:pPr>
      <w:r>
        <w:fldChar w:fldCharType="begin"/>
      </w:r>
      <w:r>
        <w:instrText xml:space="preserve"> TOC \o "1-2" \h \z \u </w:instrText>
      </w:r>
      <w:r>
        <w:fldChar w:fldCharType="separate"/>
      </w:r>
      <w:hyperlink w:anchor="_Toc242701335" w:history="1">
        <w:r w:rsidR="00450B15" w:rsidRPr="003A454B">
          <w:rPr>
            <w:rStyle w:val="Hyperlink"/>
            <w:rFonts w:eastAsiaTheme="majorEastAsia"/>
            <w:noProof/>
          </w:rPr>
          <w:t>1 Introduction</w:t>
        </w:r>
        <w:r w:rsidR="00450B15">
          <w:rPr>
            <w:noProof/>
            <w:webHidden/>
          </w:rPr>
          <w:tab/>
        </w:r>
        <w:r w:rsidR="00450B15">
          <w:rPr>
            <w:noProof/>
            <w:webHidden/>
          </w:rPr>
          <w:fldChar w:fldCharType="begin"/>
        </w:r>
        <w:r w:rsidR="00450B15">
          <w:rPr>
            <w:noProof/>
            <w:webHidden/>
          </w:rPr>
          <w:instrText xml:space="preserve"> PAGEREF _Toc242701335 \h </w:instrText>
        </w:r>
        <w:r w:rsidR="00450B15">
          <w:rPr>
            <w:noProof/>
            <w:webHidden/>
          </w:rPr>
        </w:r>
        <w:r w:rsidR="00450B15">
          <w:rPr>
            <w:noProof/>
            <w:webHidden/>
          </w:rPr>
          <w:fldChar w:fldCharType="separate"/>
        </w:r>
        <w:r w:rsidR="00450B15">
          <w:rPr>
            <w:noProof/>
            <w:webHidden/>
          </w:rPr>
          <w:t>1</w:t>
        </w:r>
        <w:r w:rsidR="00450B15">
          <w:rPr>
            <w:noProof/>
            <w:webHidden/>
          </w:rPr>
          <w:fldChar w:fldCharType="end"/>
        </w:r>
      </w:hyperlink>
    </w:p>
    <w:p w:rsidR="00450B15" w:rsidRDefault="00450B15">
      <w:pPr>
        <w:pStyle w:val="Verzeichnis1"/>
        <w:tabs>
          <w:tab w:val="right" w:leader="dot" w:pos="7928"/>
        </w:tabs>
        <w:rPr>
          <w:rFonts w:asciiTheme="minorHAnsi" w:eastAsiaTheme="minorEastAsia" w:hAnsiTheme="minorHAnsi" w:cstheme="minorBidi"/>
          <w:noProof/>
          <w:sz w:val="22"/>
          <w:lang w:eastAsia="de-DE"/>
        </w:rPr>
      </w:pPr>
      <w:hyperlink w:anchor="_Toc242701336" w:history="1">
        <w:r w:rsidRPr="003A454B">
          <w:rPr>
            <w:rStyle w:val="Hyperlink"/>
            <w:rFonts w:eastAsiaTheme="majorEastAsia"/>
            <w:noProof/>
          </w:rPr>
          <w:t>2 Examples of Key Elements</w:t>
        </w:r>
        <w:r>
          <w:rPr>
            <w:noProof/>
            <w:webHidden/>
          </w:rPr>
          <w:tab/>
        </w:r>
        <w:r>
          <w:rPr>
            <w:noProof/>
            <w:webHidden/>
          </w:rPr>
          <w:fldChar w:fldCharType="begin"/>
        </w:r>
        <w:r>
          <w:rPr>
            <w:noProof/>
            <w:webHidden/>
          </w:rPr>
          <w:instrText xml:space="preserve"> PAGEREF _Toc242701336 \h </w:instrText>
        </w:r>
        <w:r>
          <w:rPr>
            <w:noProof/>
            <w:webHidden/>
          </w:rPr>
        </w:r>
        <w:r>
          <w:rPr>
            <w:noProof/>
            <w:webHidden/>
          </w:rPr>
          <w:fldChar w:fldCharType="separate"/>
        </w:r>
        <w:r>
          <w:rPr>
            <w:noProof/>
            <w:webHidden/>
          </w:rPr>
          <w:t>1</w:t>
        </w:r>
        <w:r>
          <w:rPr>
            <w:noProof/>
            <w:webHidden/>
          </w:rPr>
          <w:fldChar w:fldCharType="end"/>
        </w:r>
      </w:hyperlink>
    </w:p>
    <w:p w:rsidR="00450B15" w:rsidRDefault="00450B15">
      <w:pPr>
        <w:pStyle w:val="Verzeichnis2"/>
        <w:tabs>
          <w:tab w:val="right" w:leader="dot" w:pos="7928"/>
        </w:tabs>
        <w:rPr>
          <w:rFonts w:asciiTheme="minorHAnsi" w:eastAsiaTheme="minorEastAsia" w:hAnsiTheme="minorHAnsi" w:cstheme="minorBidi"/>
          <w:noProof/>
          <w:sz w:val="22"/>
          <w:lang w:eastAsia="de-DE"/>
        </w:rPr>
      </w:pPr>
      <w:hyperlink w:anchor="_Toc242701337" w:history="1">
        <w:r w:rsidRPr="003A454B">
          <w:rPr>
            <w:rStyle w:val="Hyperlink"/>
            <w:rFonts w:eastAsiaTheme="majorEastAsia"/>
            <w:noProof/>
          </w:rPr>
          <w:t>2.1 Table</w:t>
        </w:r>
        <w:r>
          <w:rPr>
            <w:noProof/>
            <w:webHidden/>
          </w:rPr>
          <w:tab/>
        </w:r>
        <w:r>
          <w:rPr>
            <w:noProof/>
            <w:webHidden/>
          </w:rPr>
          <w:fldChar w:fldCharType="begin"/>
        </w:r>
        <w:r>
          <w:rPr>
            <w:noProof/>
            <w:webHidden/>
          </w:rPr>
          <w:instrText xml:space="preserve"> PAGEREF _Toc242701337 \h </w:instrText>
        </w:r>
        <w:r>
          <w:rPr>
            <w:noProof/>
            <w:webHidden/>
          </w:rPr>
        </w:r>
        <w:r>
          <w:rPr>
            <w:noProof/>
            <w:webHidden/>
          </w:rPr>
          <w:fldChar w:fldCharType="separate"/>
        </w:r>
        <w:r>
          <w:rPr>
            <w:noProof/>
            <w:webHidden/>
          </w:rPr>
          <w:t>1</w:t>
        </w:r>
        <w:r>
          <w:rPr>
            <w:noProof/>
            <w:webHidden/>
          </w:rPr>
          <w:fldChar w:fldCharType="end"/>
        </w:r>
      </w:hyperlink>
    </w:p>
    <w:p w:rsidR="00450B15" w:rsidRDefault="00450B15">
      <w:pPr>
        <w:pStyle w:val="Verzeichnis2"/>
        <w:tabs>
          <w:tab w:val="right" w:leader="dot" w:pos="7928"/>
        </w:tabs>
        <w:rPr>
          <w:rFonts w:asciiTheme="minorHAnsi" w:eastAsiaTheme="minorEastAsia" w:hAnsiTheme="minorHAnsi" w:cstheme="minorBidi"/>
          <w:noProof/>
          <w:sz w:val="22"/>
          <w:lang w:eastAsia="de-DE"/>
        </w:rPr>
      </w:pPr>
      <w:hyperlink w:anchor="_Toc242701338" w:history="1">
        <w:r w:rsidRPr="003A454B">
          <w:rPr>
            <w:rStyle w:val="Hyperlink"/>
            <w:rFonts w:eastAsiaTheme="majorEastAsia"/>
            <w:noProof/>
          </w:rPr>
          <w:t>2.2 Figure</w:t>
        </w:r>
        <w:r>
          <w:rPr>
            <w:noProof/>
            <w:webHidden/>
          </w:rPr>
          <w:tab/>
        </w:r>
        <w:r>
          <w:rPr>
            <w:noProof/>
            <w:webHidden/>
          </w:rPr>
          <w:fldChar w:fldCharType="begin"/>
        </w:r>
        <w:r>
          <w:rPr>
            <w:noProof/>
            <w:webHidden/>
          </w:rPr>
          <w:instrText xml:space="preserve"> PAGEREF _Toc242701338 \h </w:instrText>
        </w:r>
        <w:r>
          <w:rPr>
            <w:noProof/>
            <w:webHidden/>
          </w:rPr>
        </w:r>
        <w:r>
          <w:rPr>
            <w:noProof/>
            <w:webHidden/>
          </w:rPr>
          <w:fldChar w:fldCharType="separate"/>
        </w:r>
        <w:r>
          <w:rPr>
            <w:noProof/>
            <w:webHidden/>
          </w:rPr>
          <w:t>1</w:t>
        </w:r>
        <w:r>
          <w:rPr>
            <w:noProof/>
            <w:webHidden/>
          </w:rPr>
          <w:fldChar w:fldCharType="end"/>
        </w:r>
      </w:hyperlink>
    </w:p>
    <w:p w:rsidR="00450B15" w:rsidRDefault="00450B15">
      <w:pPr>
        <w:pStyle w:val="Verzeichnis2"/>
        <w:tabs>
          <w:tab w:val="right" w:leader="dot" w:pos="7928"/>
        </w:tabs>
        <w:rPr>
          <w:rFonts w:asciiTheme="minorHAnsi" w:eastAsiaTheme="minorEastAsia" w:hAnsiTheme="minorHAnsi" w:cstheme="minorBidi"/>
          <w:noProof/>
          <w:sz w:val="22"/>
          <w:lang w:eastAsia="de-DE"/>
        </w:rPr>
      </w:pPr>
      <w:hyperlink w:anchor="_Toc242701339" w:history="1">
        <w:r w:rsidRPr="003A454B">
          <w:rPr>
            <w:rStyle w:val="Hyperlink"/>
            <w:rFonts w:eastAsiaTheme="majorEastAsia"/>
            <w:noProof/>
          </w:rPr>
          <w:t>2.3 Equation</w:t>
        </w:r>
        <w:r>
          <w:rPr>
            <w:noProof/>
            <w:webHidden/>
          </w:rPr>
          <w:tab/>
        </w:r>
        <w:r>
          <w:rPr>
            <w:noProof/>
            <w:webHidden/>
          </w:rPr>
          <w:fldChar w:fldCharType="begin"/>
        </w:r>
        <w:r>
          <w:rPr>
            <w:noProof/>
            <w:webHidden/>
          </w:rPr>
          <w:instrText xml:space="preserve"> PAGEREF _Toc242701339 \h </w:instrText>
        </w:r>
        <w:r>
          <w:rPr>
            <w:noProof/>
            <w:webHidden/>
          </w:rPr>
        </w:r>
        <w:r>
          <w:rPr>
            <w:noProof/>
            <w:webHidden/>
          </w:rPr>
          <w:fldChar w:fldCharType="separate"/>
        </w:r>
        <w:r>
          <w:rPr>
            <w:noProof/>
            <w:webHidden/>
          </w:rPr>
          <w:t>1</w:t>
        </w:r>
        <w:r>
          <w:rPr>
            <w:noProof/>
            <w:webHidden/>
          </w:rPr>
          <w:fldChar w:fldCharType="end"/>
        </w:r>
      </w:hyperlink>
    </w:p>
    <w:p w:rsidR="00450B15" w:rsidRDefault="00450B15">
      <w:pPr>
        <w:pStyle w:val="Verzeichnis1"/>
        <w:tabs>
          <w:tab w:val="right" w:leader="dot" w:pos="7928"/>
        </w:tabs>
        <w:rPr>
          <w:rFonts w:asciiTheme="minorHAnsi" w:eastAsiaTheme="minorEastAsia" w:hAnsiTheme="minorHAnsi" w:cstheme="minorBidi"/>
          <w:noProof/>
          <w:sz w:val="22"/>
          <w:lang w:eastAsia="de-DE"/>
        </w:rPr>
      </w:pPr>
      <w:hyperlink w:anchor="_Toc242701340" w:history="1">
        <w:r w:rsidRPr="003A454B">
          <w:rPr>
            <w:rStyle w:val="Hyperlink"/>
            <w:rFonts w:eastAsiaTheme="majorEastAsia"/>
            <w:noProof/>
          </w:rPr>
          <w:t>References</w:t>
        </w:r>
        <w:r>
          <w:rPr>
            <w:noProof/>
            <w:webHidden/>
          </w:rPr>
          <w:tab/>
        </w:r>
        <w:r>
          <w:rPr>
            <w:noProof/>
            <w:webHidden/>
          </w:rPr>
          <w:fldChar w:fldCharType="begin"/>
        </w:r>
        <w:r>
          <w:rPr>
            <w:noProof/>
            <w:webHidden/>
          </w:rPr>
          <w:instrText xml:space="preserve"> PAGEREF _Toc242701340 \h </w:instrText>
        </w:r>
        <w:r>
          <w:rPr>
            <w:noProof/>
            <w:webHidden/>
          </w:rPr>
        </w:r>
        <w:r>
          <w:rPr>
            <w:noProof/>
            <w:webHidden/>
          </w:rPr>
          <w:fldChar w:fldCharType="separate"/>
        </w:r>
        <w:r>
          <w:rPr>
            <w:noProof/>
            <w:webHidden/>
          </w:rPr>
          <w:t>2</w:t>
        </w:r>
        <w:r>
          <w:rPr>
            <w:noProof/>
            <w:webHidden/>
          </w:rPr>
          <w:fldChar w:fldCharType="end"/>
        </w:r>
      </w:hyperlink>
    </w:p>
    <w:p w:rsidR="00450B15" w:rsidRDefault="00450B15">
      <w:pPr>
        <w:pStyle w:val="Verzeichnis1"/>
        <w:tabs>
          <w:tab w:val="right" w:leader="dot" w:pos="7928"/>
        </w:tabs>
        <w:rPr>
          <w:rFonts w:asciiTheme="minorHAnsi" w:eastAsiaTheme="minorEastAsia" w:hAnsiTheme="minorHAnsi" w:cstheme="minorBidi"/>
          <w:noProof/>
          <w:sz w:val="22"/>
          <w:lang w:eastAsia="de-DE"/>
        </w:rPr>
      </w:pPr>
      <w:hyperlink w:anchor="_Toc242701341" w:history="1">
        <w:r w:rsidRPr="003A454B">
          <w:rPr>
            <w:rStyle w:val="Hyperlink"/>
            <w:rFonts w:eastAsiaTheme="majorEastAsia"/>
            <w:noProof/>
          </w:rPr>
          <w:t>Appendix</w:t>
        </w:r>
        <w:r>
          <w:rPr>
            <w:noProof/>
            <w:webHidden/>
          </w:rPr>
          <w:tab/>
        </w:r>
        <w:r>
          <w:rPr>
            <w:noProof/>
            <w:webHidden/>
          </w:rPr>
          <w:fldChar w:fldCharType="begin"/>
        </w:r>
        <w:r>
          <w:rPr>
            <w:noProof/>
            <w:webHidden/>
          </w:rPr>
          <w:instrText xml:space="preserve"> PAGEREF _Toc242701341 \h </w:instrText>
        </w:r>
        <w:r>
          <w:rPr>
            <w:noProof/>
            <w:webHidden/>
          </w:rPr>
        </w:r>
        <w:r>
          <w:rPr>
            <w:noProof/>
            <w:webHidden/>
          </w:rPr>
          <w:fldChar w:fldCharType="separate"/>
        </w:r>
        <w:r>
          <w:rPr>
            <w:noProof/>
            <w:webHidden/>
          </w:rPr>
          <w:t>3</w:t>
        </w:r>
        <w:r>
          <w:rPr>
            <w:noProof/>
            <w:webHidden/>
          </w:rPr>
          <w:fldChar w:fldCharType="end"/>
        </w:r>
      </w:hyperlink>
    </w:p>
    <w:p w:rsidR="00137455" w:rsidRDefault="007B7EAD">
      <w:pPr>
        <w:tabs>
          <w:tab w:val="right" w:leader="dot" w:pos="7937"/>
        </w:tabs>
      </w:pPr>
      <w:r>
        <w:fldChar w:fldCharType="end"/>
      </w:r>
    </w:p>
    <w:p w:rsidR="00137455" w:rsidRDefault="007B7EAD">
      <w:r>
        <w:br w:type="page"/>
      </w:r>
    </w:p>
    <w:p w:rsidR="00137455" w:rsidRDefault="007B7EAD">
      <w:pPr>
        <w:pStyle w:val="ListTitle"/>
        <w:spacing w:before="0"/>
      </w:pPr>
      <w:r>
        <w:lastRenderedPageBreak/>
        <w:t>List of Figures</w:t>
      </w:r>
    </w:p>
    <w:p w:rsidR="00BE381B" w:rsidRDefault="007B7EAD">
      <w:pPr>
        <w:pStyle w:val="Abbildungsverzeichnis"/>
        <w:tabs>
          <w:tab w:val="right" w:leader="dot" w:pos="7928"/>
        </w:tabs>
        <w:rPr>
          <w:noProof/>
        </w:rPr>
      </w:pPr>
      <w:r>
        <w:fldChar w:fldCharType="begin"/>
      </w:r>
      <w:r>
        <w:instrText xml:space="preserve"> TOC \h \z \c "Figure" </w:instrText>
      </w:r>
      <w:r>
        <w:fldChar w:fldCharType="separate"/>
      </w:r>
      <w:hyperlink w:anchor="_Toc242700683" w:history="1">
        <w:r w:rsidR="00BE381B" w:rsidRPr="00CB6BC5">
          <w:rPr>
            <w:rStyle w:val="Hyperlink"/>
            <w:noProof/>
          </w:rPr>
          <w:t>Figure 1: Example Figure</w:t>
        </w:r>
        <w:r w:rsidR="00BE381B">
          <w:rPr>
            <w:noProof/>
            <w:webHidden/>
          </w:rPr>
          <w:tab/>
        </w:r>
        <w:r w:rsidR="00BE381B">
          <w:rPr>
            <w:noProof/>
            <w:webHidden/>
          </w:rPr>
          <w:fldChar w:fldCharType="begin"/>
        </w:r>
        <w:r w:rsidR="00BE381B">
          <w:rPr>
            <w:noProof/>
            <w:webHidden/>
          </w:rPr>
          <w:instrText xml:space="preserve"> PAGEREF _Toc242700683 \h </w:instrText>
        </w:r>
        <w:r w:rsidR="00BE381B">
          <w:rPr>
            <w:noProof/>
            <w:webHidden/>
          </w:rPr>
        </w:r>
        <w:r w:rsidR="00BE381B">
          <w:rPr>
            <w:noProof/>
            <w:webHidden/>
          </w:rPr>
          <w:fldChar w:fldCharType="separate"/>
        </w:r>
        <w:r w:rsidR="00BE381B">
          <w:rPr>
            <w:noProof/>
            <w:webHidden/>
          </w:rPr>
          <w:t>1</w:t>
        </w:r>
        <w:r w:rsidR="00BE381B">
          <w:rPr>
            <w:noProof/>
            <w:webHidden/>
          </w:rPr>
          <w:fldChar w:fldCharType="end"/>
        </w:r>
      </w:hyperlink>
    </w:p>
    <w:p w:rsidR="00137455" w:rsidRDefault="007B7EAD">
      <w:pPr>
        <w:tabs>
          <w:tab w:val="right" w:leader="dot" w:pos="7937"/>
        </w:tabs>
      </w:pPr>
      <w:r>
        <w:fldChar w:fldCharType="end"/>
      </w:r>
    </w:p>
    <w:p w:rsidR="00137455" w:rsidRDefault="007B7EAD">
      <w:pPr>
        <w:pStyle w:val="ListTitle"/>
        <w:spacing w:before="600"/>
      </w:pPr>
      <w:r>
        <w:t>List of Tables</w:t>
      </w:r>
    </w:p>
    <w:p w:rsidR="00BE381B" w:rsidRDefault="007B7EAD">
      <w:pPr>
        <w:pStyle w:val="Abbildungsverzeichnis"/>
        <w:tabs>
          <w:tab w:val="right" w:leader="dot" w:pos="7928"/>
        </w:tabs>
        <w:rPr>
          <w:rFonts w:asciiTheme="minorHAnsi" w:eastAsiaTheme="minorEastAsia" w:hAnsiTheme="minorHAnsi" w:cstheme="minorBidi"/>
          <w:noProof/>
          <w:sz w:val="22"/>
          <w:lang w:eastAsia="de-DE"/>
        </w:rPr>
      </w:pPr>
      <w:r>
        <w:fldChar w:fldCharType="begin"/>
      </w:r>
      <w:r>
        <w:instrText xml:space="preserve"> TOC \h \z \c "Table" </w:instrText>
      </w:r>
      <w:r>
        <w:fldChar w:fldCharType="separate"/>
      </w:r>
      <w:hyperlink w:anchor="_Toc242700684" w:history="1">
        <w:r w:rsidR="00BE381B" w:rsidRPr="00AA2228">
          <w:rPr>
            <w:rStyle w:val="Hyperlink"/>
            <w:noProof/>
          </w:rPr>
          <w:t>Table 1: Example Results Table</w:t>
        </w:r>
        <w:r w:rsidR="00BE381B">
          <w:rPr>
            <w:noProof/>
            <w:webHidden/>
          </w:rPr>
          <w:tab/>
        </w:r>
        <w:r w:rsidR="00BE381B">
          <w:rPr>
            <w:noProof/>
            <w:webHidden/>
          </w:rPr>
          <w:fldChar w:fldCharType="begin"/>
        </w:r>
        <w:r w:rsidR="00BE381B">
          <w:rPr>
            <w:noProof/>
            <w:webHidden/>
          </w:rPr>
          <w:instrText xml:space="preserve"> PAGEREF _Toc242700684 \h </w:instrText>
        </w:r>
        <w:r w:rsidR="00BE381B">
          <w:rPr>
            <w:noProof/>
            <w:webHidden/>
          </w:rPr>
        </w:r>
        <w:r w:rsidR="00BE381B">
          <w:rPr>
            <w:noProof/>
            <w:webHidden/>
          </w:rPr>
          <w:fldChar w:fldCharType="separate"/>
        </w:r>
        <w:r w:rsidR="00BE381B">
          <w:rPr>
            <w:noProof/>
            <w:webHidden/>
          </w:rPr>
          <w:t>1</w:t>
        </w:r>
        <w:r w:rsidR="00BE381B">
          <w:rPr>
            <w:noProof/>
            <w:webHidden/>
          </w:rPr>
          <w:fldChar w:fldCharType="end"/>
        </w:r>
      </w:hyperlink>
    </w:p>
    <w:p w:rsidR="00137455" w:rsidRDefault="007B7EAD">
      <w:pPr>
        <w:tabs>
          <w:tab w:val="right" w:leader="dot" w:pos="7937"/>
        </w:tabs>
      </w:pPr>
      <w:r>
        <w:fldChar w:fldCharType="end"/>
      </w:r>
    </w:p>
    <w:p w:rsidR="00137455" w:rsidRDefault="00137455">
      <w:pPr>
        <w:sectPr w:rsidR="00137455">
          <w:footerReference w:type="default" r:id="rId9"/>
          <w:pgSz w:w="11906" w:h="16838"/>
          <w:pgMar w:top="1417" w:right="1984" w:bottom="1417" w:left="1984" w:header="737" w:footer="737" w:gutter="0"/>
          <w:pgNumType w:fmt="upperRoman" w:start="2"/>
          <w:cols w:space="720"/>
          <w:docGrid w:linePitch="360"/>
        </w:sectPr>
      </w:pPr>
    </w:p>
    <w:p w:rsidR="00137455" w:rsidRDefault="007B7EAD">
      <w:pPr>
        <w:pStyle w:val="berschrift1"/>
      </w:pPr>
      <w:bookmarkStart w:id="1" w:name="_Toc242701335"/>
      <w:r>
        <w:lastRenderedPageBreak/>
        <w:t>Introduction</w:t>
      </w:r>
      <w:bookmarkEnd w:id="1"/>
    </w:p>
    <w:p w:rsidR="00137455" w:rsidRDefault="007B7EAD">
      <w:pPr>
        <w:pStyle w:val="TemplateNote"/>
      </w:pPr>
      <w:r>
        <w:t>[Start writing here. Use the Word styles “Heading 1” and “Heading 2” for sections and subsections. These styles form the basis of the automatic table of contents.]</w:t>
      </w:r>
    </w:p>
    <w:p w:rsidR="00137455" w:rsidRDefault="007B7EAD">
      <w:pPr>
        <w:pStyle w:val="berschrift1"/>
      </w:pPr>
      <w:bookmarkStart w:id="2" w:name="_Toc242701336"/>
      <w:r>
        <w:t>Examples of Key Elements</w:t>
      </w:r>
      <w:bookmarkEnd w:id="2"/>
    </w:p>
    <w:p w:rsidR="00137455" w:rsidRDefault="007B7EAD">
      <w:pPr>
        <w:pStyle w:val="berschrift2"/>
      </w:pPr>
      <w:bookmarkStart w:id="3" w:name="_Toc242701337"/>
      <w:r>
        <w:t>Table</w:t>
      </w:r>
      <w:bookmarkEnd w:id="3"/>
    </w:p>
    <w:p w:rsidR="00137455" w:rsidRDefault="007B7EAD">
      <w:r>
        <w:t>Tables should have informative titles and, where appropriate, explanatory notes and source information.</w:t>
      </w:r>
    </w:p>
    <w:p w:rsidR="00137455" w:rsidRDefault="007B7EAD">
      <w:pPr>
        <w:pStyle w:val="ExampleCaption"/>
      </w:pPr>
      <w:bookmarkStart w:id="4" w:name="_Toc242700684"/>
      <w:r>
        <w:t xml:space="preserve">Table </w:t>
      </w:r>
      <w:fldSimple w:instr=" SEQ Table \* ARABIC ">
        <w:r w:rsidR="00450B15">
          <w:rPr>
            <w:noProof/>
          </w:rPr>
          <w:t>1</w:t>
        </w:r>
      </w:fldSimple>
      <w:r>
        <w:t>: Example Results Table</w:t>
      </w:r>
      <w:bookmarkEnd w:id="4"/>
    </w:p>
    <w:tbl>
      <w:tblPr>
        <w:tblW w:w="0" w:type="auto"/>
        <w:jc w:val="center"/>
        <w:tblLayout w:type="fixed"/>
        <w:tblLook w:val="04A0" w:firstRow="1" w:lastRow="0" w:firstColumn="1" w:lastColumn="0" w:noHBand="0" w:noVBand="1"/>
      </w:tblPr>
      <w:tblGrid>
        <w:gridCol w:w="3402"/>
        <w:gridCol w:w="2268"/>
        <w:gridCol w:w="2268"/>
      </w:tblGrid>
      <w:tr w:rsidR="00137455">
        <w:trPr>
          <w:tblHeader/>
          <w:jc w:val="center"/>
        </w:trPr>
        <w:tc>
          <w:tcPr>
            <w:tcW w:w="3402" w:type="dxa"/>
            <w:tcBorders>
              <w:top w:val="single" w:sz="10" w:space="0" w:color="444444"/>
              <w:bottom w:val="single" w:sz="6" w:space="0" w:color="666666"/>
            </w:tcBorders>
            <w:tcMar>
              <w:top w:w="75" w:type="dxa"/>
              <w:left w:w="65" w:type="dxa"/>
              <w:bottom w:w="75" w:type="dxa"/>
              <w:right w:w="65" w:type="dxa"/>
            </w:tcMar>
          </w:tcPr>
          <w:p w:rsidR="00137455" w:rsidRDefault="007B7EAD">
            <w:pPr>
              <w:spacing w:line="240" w:lineRule="auto"/>
            </w:pPr>
            <w:r>
              <w:rPr>
                <w:b/>
                <w:sz w:val="22"/>
              </w:rPr>
              <w:t>Variable</w:t>
            </w:r>
          </w:p>
        </w:tc>
        <w:tc>
          <w:tcPr>
            <w:tcW w:w="2268" w:type="dxa"/>
            <w:tcBorders>
              <w:top w:val="single" w:sz="10" w:space="0" w:color="444444"/>
              <w:bottom w:val="single" w:sz="6" w:space="0" w:color="666666"/>
            </w:tcBorders>
            <w:tcMar>
              <w:top w:w="75" w:type="dxa"/>
              <w:left w:w="65" w:type="dxa"/>
              <w:bottom w:w="75" w:type="dxa"/>
              <w:right w:w="65" w:type="dxa"/>
            </w:tcMar>
          </w:tcPr>
          <w:p w:rsidR="00137455" w:rsidRDefault="007B7EAD">
            <w:pPr>
              <w:spacing w:line="240" w:lineRule="auto"/>
              <w:jc w:val="center"/>
            </w:pPr>
            <w:r>
              <w:rPr>
                <w:b/>
                <w:sz w:val="22"/>
              </w:rPr>
              <w:t>Group A</w:t>
            </w:r>
          </w:p>
        </w:tc>
        <w:tc>
          <w:tcPr>
            <w:tcW w:w="2268" w:type="dxa"/>
            <w:tcBorders>
              <w:top w:val="single" w:sz="10" w:space="0" w:color="444444"/>
              <w:bottom w:val="single" w:sz="6" w:space="0" w:color="666666"/>
            </w:tcBorders>
            <w:tcMar>
              <w:top w:w="75" w:type="dxa"/>
              <w:left w:w="65" w:type="dxa"/>
              <w:bottom w:w="75" w:type="dxa"/>
              <w:right w:w="65" w:type="dxa"/>
            </w:tcMar>
          </w:tcPr>
          <w:p w:rsidR="00137455" w:rsidRDefault="007B7EAD">
            <w:pPr>
              <w:spacing w:line="240" w:lineRule="auto"/>
              <w:jc w:val="center"/>
            </w:pPr>
            <w:r>
              <w:rPr>
                <w:b/>
                <w:sz w:val="22"/>
              </w:rPr>
              <w:t>Group B</w:t>
            </w:r>
          </w:p>
        </w:tc>
      </w:tr>
      <w:tr w:rsidR="00137455">
        <w:trPr>
          <w:jc w:val="center"/>
        </w:trPr>
        <w:tc>
          <w:tcPr>
            <w:tcW w:w="3402" w:type="dxa"/>
            <w:tcMar>
              <w:top w:w="75" w:type="dxa"/>
              <w:left w:w="65" w:type="dxa"/>
              <w:bottom w:w="75" w:type="dxa"/>
              <w:right w:w="65" w:type="dxa"/>
            </w:tcMar>
          </w:tcPr>
          <w:p w:rsidR="00137455" w:rsidRDefault="007B7EAD">
            <w:pPr>
              <w:spacing w:line="240" w:lineRule="auto"/>
            </w:pPr>
            <w:r>
              <w:rPr>
                <w:sz w:val="22"/>
              </w:rPr>
              <w:t>Observation 1</w:t>
            </w:r>
          </w:p>
        </w:tc>
        <w:tc>
          <w:tcPr>
            <w:tcW w:w="2268" w:type="dxa"/>
            <w:tcMar>
              <w:top w:w="75" w:type="dxa"/>
              <w:left w:w="65" w:type="dxa"/>
              <w:bottom w:w="75" w:type="dxa"/>
              <w:right w:w="65" w:type="dxa"/>
            </w:tcMar>
          </w:tcPr>
          <w:p w:rsidR="00137455" w:rsidRDefault="007B7EAD">
            <w:pPr>
              <w:spacing w:line="240" w:lineRule="auto"/>
              <w:jc w:val="center"/>
            </w:pPr>
            <w:r>
              <w:rPr>
                <w:sz w:val="22"/>
              </w:rPr>
              <w:t>1.2</w:t>
            </w:r>
          </w:p>
        </w:tc>
        <w:tc>
          <w:tcPr>
            <w:tcW w:w="2268" w:type="dxa"/>
            <w:tcMar>
              <w:top w:w="75" w:type="dxa"/>
              <w:left w:w="65" w:type="dxa"/>
              <w:bottom w:w="75" w:type="dxa"/>
              <w:right w:w="65" w:type="dxa"/>
            </w:tcMar>
          </w:tcPr>
          <w:p w:rsidR="00137455" w:rsidRDefault="007B7EAD">
            <w:pPr>
              <w:spacing w:line="240" w:lineRule="auto"/>
              <w:jc w:val="center"/>
            </w:pPr>
            <w:r>
              <w:rPr>
                <w:sz w:val="22"/>
              </w:rPr>
              <w:t>2.4</w:t>
            </w:r>
          </w:p>
        </w:tc>
      </w:tr>
      <w:tr w:rsidR="00137455">
        <w:trPr>
          <w:jc w:val="center"/>
        </w:trPr>
        <w:tc>
          <w:tcPr>
            <w:tcW w:w="3402" w:type="dxa"/>
            <w:tcMar>
              <w:top w:w="75" w:type="dxa"/>
              <w:left w:w="65" w:type="dxa"/>
              <w:bottom w:w="75" w:type="dxa"/>
              <w:right w:w="65" w:type="dxa"/>
            </w:tcMar>
          </w:tcPr>
          <w:p w:rsidR="00137455" w:rsidRDefault="007B7EAD">
            <w:pPr>
              <w:spacing w:line="240" w:lineRule="auto"/>
            </w:pPr>
            <w:r>
              <w:rPr>
                <w:sz w:val="22"/>
              </w:rPr>
              <w:t>Observation 2</w:t>
            </w:r>
          </w:p>
        </w:tc>
        <w:tc>
          <w:tcPr>
            <w:tcW w:w="2268" w:type="dxa"/>
            <w:tcMar>
              <w:top w:w="75" w:type="dxa"/>
              <w:left w:w="65" w:type="dxa"/>
              <w:bottom w:w="75" w:type="dxa"/>
              <w:right w:w="65" w:type="dxa"/>
            </w:tcMar>
          </w:tcPr>
          <w:p w:rsidR="00137455" w:rsidRDefault="007B7EAD">
            <w:pPr>
              <w:spacing w:line="240" w:lineRule="auto"/>
              <w:jc w:val="center"/>
            </w:pPr>
            <w:r>
              <w:rPr>
                <w:sz w:val="22"/>
              </w:rPr>
              <w:t>3.5</w:t>
            </w:r>
          </w:p>
        </w:tc>
        <w:tc>
          <w:tcPr>
            <w:tcW w:w="2268" w:type="dxa"/>
            <w:tcMar>
              <w:top w:w="75" w:type="dxa"/>
              <w:left w:w="65" w:type="dxa"/>
              <w:bottom w:w="75" w:type="dxa"/>
              <w:right w:w="65" w:type="dxa"/>
            </w:tcMar>
          </w:tcPr>
          <w:p w:rsidR="00137455" w:rsidRDefault="007B7EAD">
            <w:pPr>
              <w:spacing w:line="240" w:lineRule="auto"/>
              <w:jc w:val="center"/>
            </w:pPr>
            <w:r>
              <w:rPr>
                <w:sz w:val="22"/>
              </w:rPr>
              <w:t>4.1</w:t>
            </w:r>
          </w:p>
        </w:tc>
      </w:tr>
      <w:tr w:rsidR="00137455">
        <w:trPr>
          <w:jc w:val="center"/>
        </w:trPr>
        <w:tc>
          <w:tcPr>
            <w:tcW w:w="3402" w:type="dxa"/>
            <w:tcBorders>
              <w:bottom w:val="single" w:sz="10" w:space="0" w:color="444444"/>
            </w:tcBorders>
            <w:tcMar>
              <w:top w:w="75" w:type="dxa"/>
              <w:left w:w="65" w:type="dxa"/>
              <w:bottom w:w="75" w:type="dxa"/>
              <w:right w:w="65" w:type="dxa"/>
            </w:tcMar>
          </w:tcPr>
          <w:p w:rsidR="00137455" w:rsidRDefault="007B7EAD">
            <w:pPr>
              <w:spacing w:line="240" w:lineRule="auto"/>
            </w:pPr>
            <w:r>
              <w:rPr>
                <w:sz w:val="22"/>
              </w:rPr>
              <w:t>Observation 3</w:t>
            </w:r>
          </w:p>
        </w:tc>
        <w:tc>
          <w:tcPr>
            <w:tcW w:w="2268" w:type="dxa"/>
            <w:tcBorders>
              <w:bottom w:val="single" w:sz="10" w:space="0" w:color="444444"/>
            </w:tcBorders>
            <w:tcMar>
              <w:top w:w="75" w:type="dxa"/>
              <w:left w:w="65" w:type="dxa"/>
              <w:bottom w:w="75" w:type="dxa"/>
              <w:right w:w="65" w:type="dxa"/>
            </w:tcMar>
          </w:tcPr>
          <w:p w:rsidR="00137455" w:rsidRDefault="007B7EAD">
            <w:pPr>
              <w:spacing w:line="240" w:lineRule="auto"/>
              <w:jc w:val="center"/>
            </w:pPr>
            <w:r>
              <w:rPr>
                <w:sz w:val="22"/>
              </w:rPr>
              <w:t>5.0</w:t>
            </w:r>
          </w:p>
        </w:tc>
        <w:tc>
          <w:tcPr>
            <w:tcW w:w="2268" w:type="dxa"/>
            <w:tcBorders>
              <w:bottom w:val="single" w:sz="10" w:space="0" w:color="444444"/>
            </w:tcBorders>
            <w:tcMar>
              <w:top w:w="75" w:type="dxa"/>
              <w:left w:w="65" w:type="dxa"/>
              <w:bottom w:w="75" w:type="dxa"/>
              <w:right w:w="65" w:type="dxa"/>
            </w:tcMar>
          </w:tcPr>
          <w:p w:rsidR="00137455" w:rsidRDefault="007B7EAD">
            <w:pPr>
              <w:spacing w:line="240" w:lineRule="auto"/>
              <w:jc w:val="center"/>
            </w:pPr>
            <w:r>
              <w:rPr>
                <w:sz w:val="22"/>
              </w:rPr>
              <w:t>6.2</w:t>
            </w:r>
          </w:p>
        </w:tc>
      </w:tr>
    </w:tbl>
    <w:p w:rsidR="00137455" w:rsidRPr="00BE381B" w:rsidRDefault="007B7EAD">
      <w:pPr>
        <w:pStyle w:val="TemplateNote"/>
        <w:rPr>
          <w:lang w:val="de-DE"/>
        </w:rPr>
      </w:pPr>
      <w:r>
        <w:t>Notes: Example values. Source: Own calculations.</w:t>
      </w:r>
    </w:p>
    <w:p w:rsidR="00137455" w:rsidRDefault="007B7EAD">
      <w:pPr>
        <w:pStyle w:val="berschrift2"/>
      </w:pPr>
      <w:bookmarkStart w:id="5" w:name="_Toc242701338"/>
      <w:r>
        <w:t>Figure</w:t>
      </w:r>
      <w:bookmarkEnd w:id="5"/>
    </w:p>
    <w:p w:rsidR="00137455" w:rsidRDefault="007B7EAD">
      <w:r>
        <w:t>Figures should be numbered and provided with a descriptive caption and source information.</w:t>
      </w:r>
    </w:p>
    <w:tbl>
      <w:tblPr>
        <w:tblW w:w="0" w:type="auto"/>
        <w:jc w:val="center"/>
        <w:tblLayout w:type="fixed"/>
        <w:tblLook w:val="04A0" w:firstRow="1" w:lastRow="0" w:firstColumn="1" w:lastColumn="0" w:noHBand="0" w:noVBand="1"/>
      </w:tblPr>
      <w:tblGrid>
        <w:gridCol w:w="7938"/>
      </w:tblGrid>
      <w:tr w:rsidR="00137455">
        <w:trPr>
          <w:jc w:val="center"/>
        </w:trPr>
        <w:tc>
          <w:tcPr>
            <w:tcW w:w="7938" w:type="dxa"/>
            <w:tcBorders>
              <w:top w:val="single" w:sz="7" w:space="0" w:color="BAC5CD"/>
              <w:left w:val="single" w:sz="7" w:space="0" w:color="BAC5CD"/>
              <w:bottom w:val="single" w:sz="7" w:space="0" w:color="BAC5CD"/>
              <w:right w:val="single" w:sz="7" w:space="0" w:color="BAC5CD"/>
            </w:tcBorders>
            <w:shd w:val="clear" w:color="auto" w:fill="F4F6F8"/>
          </w:tcPr>
          <w:p w:rsidR="00137455" w:rsidRDefault="007B7EAD">
            <w:pPr>
              <w:spacing w:before="440" w:after="440" w:line="288" w:lineRule="auto"/>
              <w:jc w:val="center"/>
            </w:pPr>
            <w:r>
              <w:rPr>
                <w:i/>
                <w:color w:val="566773"/>
                <w:sz w:val="22"/>
              </w:rPr>
              <w:t>[Insert figure here]</w:t>
            </w:r>
          </w:p>
        </w:tc>
      </w:tr>
    </w:tbl>
    <w:p w:rsidR="00137455" w:rsidRDefault="007B7EAD">
      <w:pPr>
        <w:pStyle w:val="ExampleCaption"/>
        <w:keepNext w:val="0"/>
      </w:pPr>
      <w:bookmarkStart w:id="6" w:name="_Toc242700683"/>
      <w:r>
        <w:t xml:space="preserve">Figure </w:t>
      </w:r>
      <w:fldSimple w:instr=" SEQ Figure \* ARABIC ">
        <w:r w:rsidR="00450B15">
          <w:rPr>
            <w:noProof/>
          </w:rPr>
          <w:t>1</w:t>
        </w:r>
      </w:fldSimple>
      <w:r>
        <w:t>: Example Figure</w:t>
      </w:r>
      <w:bookmarkEnd w:id="6"/>
    </w:p>
    <w:p w:rsidR="00137455" w:rsidRPr="00BE381B" w:rsidRDefault="007B7EAD">
      <w:pPr>
        <w:pStyle w:val="TemplateNote"/>
        <w:rPr>
          <w:lang w:val="de-DE"/>
        </w:rPr>
      </w:pPr>
      <w:r>
        <w:t>Notes: [If necessary]. Source: [Source of the figure].</w:t>
      </w:r>
    </w:p>
    <w:p w:rsidR="00137455" w:rsidRDefault="007B7EAD">
      <w:pPr>
        <w:pStyle w:val="berschrift2"/>
      </w:pPr>
      <w:bookmarkStart w:id="7" w:name="_Toc242701339"/>
      <w:r>
        <w:t>Equation</w:t>
      </w:r>
      <w:bookmarkEnd w:id="7"/>
    </w:p>
    <w:p w:rsidR="00137455" w:rsidRDefault="007B7EAD">
      <w:r>
        <w:t>Equations should be created using “Insert → Equation” in Word rather than inserted as images. The following is an example of a simple demand function:</w:t>
      </w:r>
    </w:p>
    <w:tbl>
      <w:tblPr>
        <w:tblW w:w="0" w:type="auto"/>
        <w:jc w:val="center"/>
        <w:tblLayout w:type="fixed"/>
        <w:tblLook w:val="04A0" w:firstRow="1" w:lastRow="0" w:firstColumn="1" w:lastColumn="0" w:noHBand="0" w:noVBand="1"/>
      </w:tblPr>
      <w:tblGrid>
        <w:gridCol w:w="2646"/>
        <w:gridCol w:w="2646"/>
        <w:gridCol w:w="2646"/>
      </w:tblGrid>
      <w:tr w:rsidR="00137455">
        <w:trPr>
          <w:jc w:val="center"/>
        </w:trPr>
        <w:tc>
          <w:tcPr>
            <w:tcW w:w="2646" w:type="dxa"/>
            <w:tcMar>
              <w:top w:w="90" w:type="dxa"/>
              <w:left w:w="0" w:type="dxa"/>
              <w:bottom w:w="90" w:type="dxa"/>
              <w:right w:w="0" w:type="dxa"/>
            </w:tcMar>
          </w:tcPr>
          <w:p w:rsidR="00137455" w:rsidRDefault="00137455"/>
        </w:tc>
        <w:tc>
          <w:tcPr>
            <w:tcW w:w="2646" w:type="dxa"/>
            <w:tcMar>
              <w:top w:w="90" w:type="dxa"/>
              <w:left w:w="0" w:type="dxa"/>
              <w:bottom w:w="90" w:type="dxa"/>
              <w:right w:w="0" w:type="dxa"/>
            </w:tcMar>
          </w:tcPr>
          <w:p w:rsidR="00137455" w:rsidRDefault="00C60488">
            <w:pPr>
              <w:spacing w:line="240" w:lineRule="auto"/>
              <w:jc w:val="center"/>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i</m:t>
                    </m:r>
                  </m:sub>
                </m:sSub>
                <m:r>
                  <w:rPr>
                    <w:rFonts w:ascii="Cambria Math" w:hAnsi="Cambria Math"/>
                  </w:rPr>
                  <m:t xml:space="preserve"> = α + </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 xml:space="preserve"> + </m:t>
                </m:r>
                <m:sSub>
                  <m:sSubPr>
                    <m:ctrlPr>
                      <w:rPr>
                        <w:rFonts w:ascii="Cambria Math" w:hAnsi="Cambria Math"/>
                      </w:rPr>
                    </m:ctrlPr>
                  </m:sSubPr>
                  <m:e>
                    <m:r>
                      <w:rPr>
                        <w:rFonts w:ascii="Cambria Math" w:hAnsi="Cambria Math"/>
                      </w:rPr>
                      <m:t>ε</m:t>
                    </m:r>
                  </m:e>
                  <m:sub>
                    <m:r>
                      <w:rPr>
                        <w:rFonts w:ascii="Cambria Math" w:hAnsi="Cambria Math"/>
                      </w:rPr>
                      <m:t>i</m:t>
                    </m:r>
                  </m:sub>
                </m:sSub>
              </m:oMath>
            </m:oMathPara>
          </w:p>
        </w:tc>
        <w:tc>
          <w:tcPr>
            <w:tcW w:w="2646" w:type="dxa"/>
            <w:tcMar>
              <w:top w:w="90" w:type="dxa"/>
              <w:left w:w="0" w:type="dxa"/>
              <w:bottom w:w="90" w:type="dxa"/>
              <w:right w:w="0" w:type="dxa"/>
            </w:tcMar>
          </w:tcPr>
          <w:p w:rsidR="00137455" w:rsidRDefault="007B7EAD">
            <w:pPr>
              <w:spacing w:line="240" w:lineRule="auto"/>
              <w:jc w:val="right"/>
            </w:pPr>
            <w:r>
              <w:t>(1)</w:t>
            </w:r>
          </w:p>
        </w:tc>
      </w:tr>
    </w:tbl>
    <w:p w:rsidR="00137455" w:rsidRDefault="007B7EAD">
      <w:r>
        <w:t>Here, Q denotes quantity demanded, P the price, and Y income. The coefficients describe the respective relationships; ε denotes the error term.</w:t>
      </w:r>
    </w:p>
    <w:p w:rsidR="00137455" w:rsidRDefault="007B7EAD">
      <w:r>
        <w:br w:type="page"/>
      </w:r>
    </w:p>
    <w:p w:rsidR="00137455" w:rsidRDefault="007B7EAD">
      <w:pPr>
        <w:pStyle w:val="UnnumberedHeading"/>
        <w:spacing w:before="0"/>
      </w:pPr>
      <w:bookmarkStart w:id="8" w:name="_Toc242701340"/>
      <w:r>
        <w:lastRenderedPageBreak/>
        <w:t>References</w:t>
      </w:r>
      <w:bookmarkEnd w:id="8"/>
    </w:p>
    <w:p w:rsidR="00137455" w:rsidRPr="00BE381B" w:rsidRDefault="007B7EAD">
      <w:pPr>
        <w:pStyle w:val="TemplateNote"/>
        <w:rPr>
          <w:lang w:val="de-DE"/>
        </w:rPr>
      </w:pPr>
      <w:r>
        <w:t>[List all sources actually used and cited in accordance with the academic writing guidelines.]</w:t>
      </w:r>
    </w:p>
    <w:p w:rsidR="00137455" w:rsidRDefault="007B7EAD">
      <w:r>
        <w:br w:type="page"/>
      </w:r>
    </w:p>
    <w:p w:rsidR="00137455" w:rsidRDefault="007B7EAD">
      <w:pPr>
        <w:pStyle w:val="UnnumberedHeading"/>
        <w:spacing w:before="0"/>
      </w:pPr>
      <w:bookmarkStart w:id="9" w:name="_Toc242701341"/>
      <w:r>
        <w:lastRenderedPageBreak/>
        <w:t>Appendix</w:t>
      </w:r>
      <w:bookmarkEnd w:id="9"/>
    </w:p>
    <w:p w:rsidR="00137455" w:rsidRPr="00BE381B" w:rsidRDefault="007B7EAD">
      <w:pPr>
        <w:pStyle w:val="TemplateNote"/>
        <w:rPr>
          <w:lang w:val="de-DE"/>
        </w:rPr>
      </w:pPr>
      <w:r>
        <w:t>[Optional: supplementary tables, figures, or additional analyses. Remove the appendix if it is not needed.]</w:t>
      </w:r>
    </w:p>
    <w:p w:rsidR="00137455" w:rsidRDefault="007B7EAD">
      <w:r>
        <w:br w:type="page"/>
      </w:r>
    </w:p>
    <w:p w:rsidR="00137455" w:rsidRDefault="007B7EAD">
      <w:pPr>
        <w:pStyle w:val="ListTitle"/>
        <w:spacing w:before="0" w:after="240"/>
      </w:pPr>
      <w:r>
        <w:lastRenderedPageBreak/>
        <w:t>Declaration of Independence</w:t>
      </w:r>
    </w:p>
    <w:p w:rsidR="00137455" w:rsidRDefault="007B7EAD">
      <w:pPr>
        <w:keepNext/>
        <w:tabs>
          <w:tab w:val="left" w:pos="4167"/>
        </w:tabs>
        <w:spacing w:after="240" w:line="264" w:lineRule="auto"/>
      </w:pPr>
      <w:r>
        <w:rPr>
          <w:b/>
        </w:rPr>
        <w:t>Name:</w:t>
      </w:r>
      <w:r>
        <w:rPr>
          <w:b/>
        </w:rPr>
        <w:tab/>
        <w:t>Student ID:</w:t>
      </w:r>
    </w:p>
    <w:p w:rsidR="00137455" w:rsidRDefault="007B7EAD">
      <w:pPr>
        <w:keepNext/>
        <w:spacing w:after="240" w:line="264" w:lineRule="auto"/>
      </w:pPr>
      <w:r>
        <w:rPr>
          <w:b/>
        </w:rPr>
        <w:t>Module:</w:t>
      </w:r>
    </w:p>
    <w:p w:rsidR="00137455" w:rsidRDefault="007B7EAD">
      <w:pPr>
        <w:keepNext/>
        <w:spacing w:after="400" w:line="264" w:lineRule="auto"/>
      </w:pPr>
      <w:r>
        <w:rPr>
          <w:b/>
        </w:rPr>
        <w:t>Title:</w:t>
      </w:r>
    </w:p>
    <w:p w:rsidR="00137455" w:rsidRDefault="007B7EAD">
      <w:pPr>
        <w:keepLines/>
        <w:spacing w:after="280" w:line="312" w:lineRule="auto"/>
      </w:pPr>
      <w:r>
        <w:t>I hereby declare that I have written the present work independently and without assistance from others. I have used no sources or aids other than those listed. Passages taken verbatim or paraphrased from other works, including electronic sources, have been identified as such and properly referenced. In particular, I declare that I have clearly identified all quotations and paraphrases from other works and disclosed any use of AI-based language tools. I am aware that plagiarism constitutes academic misconduct and may be sanctioned under the examination regulations.</w:t>
      </w:r>
    </w:p>
    <w:p w:rsidR="00137455" w:rsidRDefault="007B7EAD">
      <w:pPr>
        <w:keepLines/>
        <w:spacing w:after="280" w:line="312" w:lineRule="auto"/>
      </w:pPr>
      <w:r>
        <w:t>I acknowledge that this work will be stored in a database for plagiarism detection and compared with other texts to identify similarities.</w:t>
      </w:r>
    </w:p>
    <w:p w:rsidR="00137455" w:rsidRDefault="007B7EAD">
      <w:pPr>
        <w:keepLines/>
        <w:spacing w:after="480" w:line="312" w:lineRule="auto"/>
      </w:pPr>
      <w:r>
        <w:t>I declare that I have not submitted this work, or any part of it, elsewhere for assessment. The printed version of this work is identical to the electronically submitted version.</w:t>
      </w:r>
    </w:p>
    <w:tbl>
      <w:tblPr>
        <w:tblW w:w="0" w:type="auto"/>
        <w:jc w:val="center"/>
        <w:tblLayout w:type="fixed"/>
        <w:tblLook w:val="04A0" w:firstRow="1" w:lastRow="0" w:firstColumn="1" w:lastColumn="0" w:noHBand="0" w:noVBand="1"/>
      </w:tblPr>
      <w:tblGrid>
        <w:gridCol w:w="2750"/>
        <w:gridCol w:w="2438"/>
        <w:gridCol w:w="2750"/>
      </w:tblGrid>
      <w:tr w:rsidR="00137455">
        <w:trPr>
          <w:jc w:val="center"/>
        </w:trPr>
        <w:tc>
          <w:tcPr>
            <w:tcW w:w="2750" w:type="dxa"/>
            <w:tcMar>
              <w:top w:w="0" w:type="dxa"/>
              <w:left w:w="0" w:type="dxa"/>
              <w:bottom w:w="0" w:type="dxa"/>
              <w:right w:w="0" w:type="dxa"/>
            </w:tcMar>
            <w:vAlign w:val="center"/>
          </w:tcPr>
          <w:p w:rsidR="00137455" w:rsidRDefault="007B7EAD">
            <w:pPr>
              <w:pBdr>
                <w:bottom w:val="single" w:sz="6" w:space="0" w:color="222222"/>
              </w:pBdr>
              <w:spacing w:line="240" w:lineRule="auto"/>
            </w:pPr>
            <w:r>
              <w:rPr>
                <w:sz w:val="22"/>
              </w:rPr>
              <w:t xml:space="preserve"> </w:t>
            </w:r>
          </w:p>
        </w:tc>
        <w:tc>
          <w:tcPr>
            <w:tcW w:w="2438" w:type="dxa"/>
            <w:tcMar>
              <w:top w:w="0" w:type="dxa"/>
              <w:left w:w="0" w:type="dxa"/>
              <w:bottom w:w="0" w:type="dxa"/>
              <w:right w:w="0" w:type="dxa"/>
            </w:tcMar>
            <w:vAlign w:val="center"/>
          </w:tcPr>
          <w:p w:rsidR="00137455" w:rsidRDefault="00137455"/>
        </w:tc>
        <w:tc>
          <w:tcPr>
            <w:tcW w:w="2750" w:type="dxa"/>
            <w:tcMar>
              <w:top w:w="0" w:type="dxa"/>
              <w:left w:w="0" w:type="dxa"/>
              <w:bottom w:w="0" w:type="dxa"/>
              <w:right w:w="0" w:type="dxa"/>
            </w:tcMar>
            <w:vAlign w:val="center"/>
          </w:tcPr>
          <w:p w:rsidR="00137455" w:rsidRDefault="007B7EAD">
            <w:pPr>
              <w:pBdr>
                <w:bottom w:val="single" w:sz="6" w:space="0" w:color="222222"/>
              </w:pBdr>
              <w:spacing w:line="240" w:lineRule="auto"/>
            </w:pPr>
            <w:r>
              <w:rPr>
                <w:sz w:val="22"/>
              </w:rPr>
              <w:t xml:space="preserve"> </w:t>
            </w:r>
          </w:p>
        </w:tc>
      </w:tr>
      <w:tr w:rsidR="00137455">
        <w:trPr>
          <w:jc w:val="center"/>
        </w:trPr>
        <w:tc>
          <w:tcPr>
            <w:tcW w:w="2750" w:type="dxa"/>
            <w:tcMar>
              <w:top w:w="0" w:type="dxa"/>
              <w:left w:w="0" w:type="dxa"/>
              <w:bottom w:w="0" w:type="dxa"/>
              <w:right w:w="0" w:type="dxa"/>
            </w:tcMar>
            <w:vAlign w:val="center"/>
          </w:tcPr>
          <w:p w:rsidR="00137455" w:rsidRDefault="007B7EAD">
            <w:pPr>
              <w:spacing w:before="60" w:line="264" w:lineRule="auto"/>
              <w:jc w:val="center"/>
            </w:pPr>
            <w:r>
              <w:rPr>
                <w:sz w:val="22"/>
              </w:rPr>
              <w:t>(Place, Date)</w:t>
            </w:r>
          </w:p>
        </w:tc>
        <w:tc>
          <w:tcPr>
            <w:tcW w:w="2438" w:type="dxa"/>
            <w:tcMar>
              <w:top w:w="0" w:type="dxa"/>
              <w:left w:w="0" w:type="dxa"/>
              <w:bottom w:w="0" w:type="dxa"/>
              <w:right w:w="0" w:type="dxa"/>
            </w:tcMar>
            <w:vAlign w:val="center"/>
          </w:tcPr>
          <w:p w:rsidR="00137455" w:rsidRDefault="00137455"/>
        </w:tc>
        <w:tc>
          <w:tcPr>
            <w:tcW w:w="2750" w:type="dxa"/>
            <w:tcMar>
              <w:top w:w="0" w:type="dxa"/>
              <w:left w:w="0" w:type="dxa"/>
              <w:bottom w:w="0" w:type="dxa"/>
              <w:right w:w="0" w:type="dxa"/>
            </w:tcMar>
            <w:vAlign w:val="center"/>
          </w:tcPr>
          <w:p w:rsidR="00137455" w:rsidRDefault="007B7EAD">
            <w:pPr>
              <w:spacing w:before="60" w:line="264" w:lineRule="auto"/>
              <w:jc w:val="right"/>
            </w:pPr>
            <w:r>
              <w:rPr>
                <w:sz w:val="22"/>
              </w:rPr>
              <w:t>(Signature)</w:t>
            </w:r>
          </w:p>
        </w:tc>
      </w:tr>
    </w:tbl>
    <w:p w:rsidR="007B7EAD" w:rsidRDefault="007B7EAD"/>
    <w:sectPr w:rsidR="007B7EAD" w:rsidSect="00034616">
      <w:footerReference w:type="default" r:id="rId10"/>
      <w:pgSz w:w="11906" w:h="16838"/>
      <w:pgMar w:top="1417" w:right="1984" w:bottom="1417" w:left="1984" w:header="737" w:footer="73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0488" w:rsidRDefault="00C60488">
      <w:pPr>
        <w:spacing w:line="240" w:lineRule="auto"/>
      </w:pPr>
      <w:r>
        <w:separator/>
      </w:r>
    </w:p>
  </w:endnote>
  <w:endnote w:type="continuationSeparator" w:id="0">
    <w:p w:rsidR="00C60488" w:rsidRDefault="00C604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455" w:rsidRDefault="007B7EAD">
    <w:pPr>
      <w:pStyle w:val="Fuzeile"/>
      <w:jc w:val="center"/>
    </w:pPr>
    <w:r>
      <w:fldChar w:fldCharType="begin"/>
    </w:r>
    <w:r>
      <w:instrText xml:space="preserve"> PAGE </w:instrText>
    </w:r>
    <w:r>
      <w:fldChar w:fldCharType="separate"/>
    </w:r>
    <w:r>
      <w:rPr>
        <w:sz w:val="22"/>
      </w:rPr>
      <w:t>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455" w:rsidRDefault="007B7EAD">
    <w:pPr>
      <w:pStyle w:val="Fuzeile"/>
      <w:jc w:val="center"/>
    </w:pPr>
    <w:r>
      <w:fldChar w:fldCharType="begin"/>
    </w:r>
    <w:r>
      <w:instrText xml:space="preserve"> PAGE </w:instrText>
    </w:r>
    <w:r>
      <w:fldChar w:fldCharType="separate"/>
    </w:r>
    <w:r>
      <w:rPr>
        <w:sz w:val="22"/>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0488" w:rsidRDefault="00C60488">
      <w:pPr>
        <w:spacing w:line="240" w:lineRule="auto"/>
      </w:pPr>
      <w:r>
        <w:separator/>
      </w:r>
    </w:p>
  </w:footnote>
  <w:footnote w:type="continuationSeparator" w:id="0">
    <w:p w:rsidR="00C60488" w:rsidRDefault="00C604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03613AA"/>
    <w:multiLevelType w:val="multilevel"/>
    <w:tmpl w:val="25BAC758"/>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455"/>
    <w:rsid w:val="0015074B"/>
    <w:rsid w:val="0029639D"/>
    <w:rsid w:val="00326F90"/>
    <w:rsid w:val="00450B15"/>
    <w:rsid w:val="007B7EAD"/>
    <w:rsid w:val="00AA1D8D"/>
    <w:rsid w:val="00B47730"/>
    <w:rsid w:val="00BE381B"/>
    <w:rsid w:val="00C60488"/>
    <w:rsid w:val="00CB0664"/>
    <w:rsid w:val="00D240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EC07BA0-736A-43A9-B142-E5D07E5F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C693F"/>
    <w:pPr>
      <w:spacing w:after="0" w:line="360" w:lineRule="auto"/>
    </w:pPr>
    <w:rPr>
      <w:rFonts w:ascii="Times New Roman" w:eastAsia="Times New Roman" w:hAnsi="Times New Roman" w:cs="Times New Roman"/>
      <w:sz w:val="24"/>
      <w:lang w:val="de-DE"/>
    </w:rPr>
  </w:style>
  <w:style w:type="paragraph" w:styleId="berschrift1">
    <w:name w:val="heading 1"/>
    <w:basedOn w:val="Standard"/>
    <w:next w:val="Standard"/>
    <w:link w:val="berschrift1Zchn"/>
    <w:uiPriority w:val="9"/>
    <w:qFormat/>
    <w:rsid w:val="00FC693F"/>
    <w:pPr>
      <w:keepNext/>
      <w:keepLines/>
      <w:numPr>
        <w:numId w:val="1"/>
      </w:numPr>
      <w:spacing w:before="320" w:after="180" w:line="269" w:lineRule="auto"/>
      <w:outlineLvl w:val="0"/>
    </w:pPr>
    <w:rPr>
      <w:b/>
      <w:bCs/>
      <w:color w:val="161F28"/>
      <w:sz w:val="28"/>
      <w:szCs w:val="28"/>
    </w:rPr>
  </w:style>
  <w:style w:type="paragraph" w:styleId="berschrift2">
    <w:name w:val="heading 2"/>
    <w:basedOn w:val="Standard"/>
    <w:next w:val="Standard"/>
    <w:link w:val="berschrift2Zchn"/>
    <w:uiPriority w:val="9"/>
    <w:unhideWhenUsed/>
    <w:qFormat/>
    <w:rsid w:val="00FC693F"/>
    <w:pPr>
      <w:keepNext/>
      <w:keepLines/>
      <w:numPr>
        <w:ilvl w:val="1"/>
        <w:numId w:val="1"/>
      </w:numPr>
      <w:spacing w:before="260" w:after="140" w:line="269" w:lineRule="auto"/>
      <w:outlineLvl w:val="1"/>
    </w:pPr>
    <w:rPr>
      <w:b/>
      <w:bCs/>
      <w:color w:val="161F28"/>
      <w:szCs w:val="26"/>
    </w:rPr>
  </w:style>
  <w:style w:type="paragraph" w:styleId="berschrift3">
    <w:name w:val="heading 3"/>
    <w:basedOn w:val="Standard"/>
    <w:next w:val="Standard"/>
    <w:link w:val="berschrift3Zch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contextualSpacing/>
    </w:pPr>
  </w:style>
  <w:style w:type="paragraph" w:styleId="Aufzhlungszeichen2">
    <w:name w:val="List Bullet 2"/>
    <w:basedOn w:val="Standard"/>
    <w:uiPriority w:val="99"/>
    <w:unhideWhenUsed/>
    <w:rsid w:val="00326F90"/>
    <w:pPr>
      <w:tabs>
        <w:tab w:val="num" w:pos="360"/>
      </w:tabs>
      <w:contextualSpacing/>
    </w:pPr>
  </w:style>
  <w:style w:type="paragraph" w:styleId="Aufzhlungszeichen3">
    <w:name w:val="List Bullet 3"/>
    <w:basedOn w:val="Standard"/>
    <w:uiPriority w:val="99"/>
    <w:unhideWhenUsed/>
    <w:rsid w:val="00326F90"/>
    <w:pPr>
      <w:tabs>
        <w:tab w:val="num" w:pos="360"/>
      </w:tabs>
      <w:contextualSpacing/>
    </w:pPr>
  </w:style>
  <w:style w:type="paragraph" w:styleId="Listennummer">
    <w:name w:val="List Number"/>
    <w:basedOn w:val="Standard"/>
    <w:uiPriority w:val="99"/>
    <w:unhideWhenUsed/>
    <w:rsid w:val="00326F90"/>
    <w:pPr>
      <w:tabs>
        <w:tab w:val="num" w:pos="360"/>
      </w:tabs>
      <w:contextualSpacing/>
    </w:pPr>
  </w:style>
  <w:style w:type="paragraph" w:styleId="Listennummer2">
    <w:name w:val="List Number 2"/>
    <w:basedOn w:val="Standard"/>
    <w:uiPriority w:val="99"/>
    <w:unhideWhenUsed/>
    <w:rsid w:val="0029639D"/>
    <w:pPr>
      <w:tabs>
        <w:tab w:val="num" w:pos="360"/>
      </w:tabs>
      <w:contextualSpacing/>
    </w:pPr>
  </w:style>
  <w:style w:type="paragraph" w:styleId="Listennummer3">
    <w:name w:val="List Number 3"/>
    <w:basedOn w:val="Standard"/>
    <w:uiPriority w:val="99"/>
    <w:unhideWhenUsed/>
    <w:rsid w:val="0029639D"/>
    <w:pPr>
      <w:tabs>
        <w:tab w:val="num" w:pos="360"/>
      </w:tabs>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keepNext/>
      <w:spacing w:before="100" w:after="60" w:line="276" w:lineRule="auto"/>
    </w:pPr>
    <w:rPr>
      <w:bCs/>
      <w:color w:val="4F81BD" w:themeColor="accent1"/>
      <w:sz w:val="22"/>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xampleCaption">
    <w:name w:val="Example Caption"/>
    <w:pPr>
      <w:keepNext/>
      <w:spacing w:before="100" w:after="60"/>
    </w:pPr>
    <w:rPr>
      <w:rFonts w:ascii="Times New Roman" w:hAnsi="Times New Roman"/>
    </w:rPr>
  </w:style>
  <w:style w:type="paragraph" w:customStyle="1" w:styleId="TemplateNote">
    <w:name w:val="Template Note"/>
    <w:pPr>
      <w:spacing w:after="100" w:line="269" w:lineRule="auto"/>
    </w:pPr>
    <w:rPr>
      <w:rFonts w:ascii="Times New Roman" w:hAnsi="Times New Roman"/>
      <w:i/>
      <w:color w:val="545F69"/>
      <w:sz w:val="20"/>
    </w:rPr>
  </w:style>
  <w:style w:type="paragraph" w:customStyle="1" w:styleId="UnnumberedHeading">
    <w:name w:val="Unnumbered Heading"/>
    <w:basedOn w:val="Standard"/>
    <w:pPr>
      <w:spacing w:before="240" w:after="200"/>
      <w:outlineLvl w:val="0"/>
    </w:pPr>
    <w:rPr>
      <w:b/>
      <w:color w:val="161F28"/>
      <w:sz w:val="28"/>
    </w:rPr>
  </w:style>
  <w:style w:type="paragraph" w:customStyle="1" w:styleId="ListTitle">
    <w:name w:val="List Title"/>
    <w:basedOn w:val="Standard"/>
    <w:pPr>
      <w:keepNext/>
      <w:spacing w:before="240" w:after="200"/>
    </w:pPr>
    <w:rPr>
      <w:b/>
      <w:color w:val="161F28"/>
      <w:sz w:val="28"/>
    </w:rPr>
  </w:style>
  <w:style w:type="paragraph" w:styleId="Verzeichnis1">
    <w:name w:val="toc 1"/>
    <w:basedOn w:val="Standard"/>
    <w:next w:val="Standard"/>
    <w:autoRedefine/>
    <w:uiPriority w:val="39"/>
    <w:unhideWhenUsed/>
    <w:rsid w:val="00BE381B"/>
    <w:pPr>
      <w:spacing w:after="100"/>
    </w:pPr>
  </w:style>
  <w:style w:type="paragraph" w:styleId="Verzeichnis2">
    <w:name w:val="toc 2"/>
    <w:basedOn w:val="Standard"/>
    <w:next w:val="Standard"/>
    <w:autoRedefine/>
    <w:uiPriority w:val="39"/>
    <w:unhideWhenUsed/>
    <w:rsid w:val="00BE381B"/>
    <w:pPr>
      <w:spacing w:after="100"/>
      <w:ind w:left="240"/>
    </w:pPr>
  </w:style>
  <w:style w:type="character" w:styleId="Hyperlink">
    <w:name w:val="Hyperlink"/>
    <w:basedOn w:val="Absatz-Standardschriftart"/>
    <w:uiPriority w:val="99"/>
    <w:unhideWhenUsed/>
    <w:rsid w:val="00BE381B"/>
    <w:rPr>
      <w:color w:val="0000FF" w:themeColor="hyperlink"/>
      <w:u w:val="single"/>
    </w:rPr>
  </w:style>
  <w:style w:type="paragraph" w:styleId="Abbildungsverzeichnis">
    <w:name w:val="table of figures"/>
    <w:basedOn w:val="Standard"/>
    <w:next w:val="Standard"/>
    <w:uiPriority w:val="99"/>
    <w:unhideWhenUsed/>
    <w:rsid w:val="00BE3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8698-7D07-4564-8672-DF94DE677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517</Words>
  <Characters>3263</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Thesis Template – University of Siegen (English)</vt:lpstr>
      <vt:lpstr/>
    </vt:vector>
  </TitlesOfParts>
  <Manager/>
  <Company/>
  <LinksUpToDate>false</LinksUpToDate>
  <CharactersWithSpaces>3773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Template – University of Siegen (English)</dc:title>
  <dc:subject>English-language thesis template based on the University of Siegen German master</dc:subject>
  <dc:creator>Universität Siegen – Fakultät III</dc:creator>
  <cp:keywords>University of Siegen; thesis; template; English</cp:keywords>
  <dc:description>generated by python-docx</dc:description>
  <cp:lastModifiedBy>Jannika Schad</cp:lastModifiedBy>
  <cp:revision>2</cp:revision>
  <dcterms:created xsi:type="dcterms:W3CDTF">2026-10-12T10:43:00Z</dcterms:created>
  <dcterms:modified xsi:type="dcterms:W3CDTF">2026-10-12T10:43:00Z</dcterms:modified>
  <cp:category/>
</cp:coreProperties>
</file>