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CA438" w14:textId="5994887C" w:rsidR="00C03C98" w:rsidRDefault="00620FEA">
      <w:pPr>
        <w:spacing w:line="1335" w:lineRule="exact"/>
        <w:jc w:val="center"/>
      </w:pPr>
      <w:r>
        <w:rPr>
          <w:noProof/>
          <w:sz w:val="44"/>
        </w:rPr>
        <w:drawing>
          <wp:anchor distT="0" distB="0" distL="114300" distR="114300" simplePos="0" relativeHeight="251658240" behindDoc="0" locked="0" layoutInCell="1" allowOverlap="1" wp14:anchorId="3244F4B5" wp14:editId="302900AC">
            <wp:simplePos x="0" y="0"/>
            <wp:positionH relativeFrom="column">
              <wp:posOffset>1605915</wp:posOffset>
            </wp:positionH>
            <wp:positionV relativeFrom="paragraph">
              <wp:posOffset>-347345</wp:posOffset>
            </wp:positionV>
            <wp:extent cx="2554605" cy="1022518"/>
            <wp:effectExtent l="0" t="0" r="0" b="0"/>
            <wp:wrapNone/>
            <wp:docPr id="118202484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024846" name="Grafik 118202484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54605" cy="10225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44C825" w14:textId="77777777" w:rsidR="00C03C98" w:rsidRDefault="00001848">
      <w:pPr>
        <w:spacing w:before="143" w:line="384" w:lineRule="exact"/>
        <w:jc w:val="center"/>
      </w:pPr>
      <w:r>
        <w:rPr>
          <w:sz w:val="32"/>
        </w:rPr>
        <w:t>University of Siegen</w:t>
      </w:r>
    </w:p>
    <w:p w14:paraId="4DBEF813" w14:textId="58855D5D" w:rsidR="00C03C98" w:rsidRDefault="00001848">
      <w:pPr>
        <w:spacing w:before="176" w:line="288" w:lineRule="exact"/>
        <w:jc w:val="center"/>
      </w:pPr>
      <w:r>
        <w:t xml:space="preserve">Faculty III: School of Economic Disciplines, </w:t>
      </w:r>
      <w:r>
        <w:rPr>
          <w:highlight w:val="yellow"/>
        </w:rPr>
        <w:t>[Name of chair]</w:t>
      </w:r>
    </w:p>
    <w:p w14:paraId="323FD96E" w14:textId="55750932" w:rsidR="00C03C98" w:rsidRDefault="00001848">
      <w:pPr>
        <w:spacing w:before="1112" w:line="528" w:lineRule="exact"/>
        <w:jc w:val="center"/>
      </w:pPr>
      <w:r>
        <w:rPr>
          <w:sz w:val="44"/>
        </w:rPr>
        <w:t>Master</w:t>
      </w:r>
      <w:r>
        <w:rPr>
          <w:sz w:val="44"/>
        </w:rPr>
        <w:t xml:space="preserve"> Thesis</w:t>
      </w:r>
    </w:p>
    <w:p w14:paraId="56851359" w14:textId="77777777" w:rsidR="00C03C98" w:rsidRDefault="00C03C98">
      <w:pPr>
        <w:pBdr>
          <w:bottom w:val="single" w:sz="12" w:space="0" w:color="000000"/>
        </w:pBdr>
        <w:spacing w:before="1572" w:line="20" w:lineRule="exact"/>
        <w:jc w:val="center"/>
      </w:pPr>
    </w:p>
    <w:p w14:paraId="4A4414A0" w14:textId="77777777" w:rsidR="00C03C98" w:rsidRDefault="00001848">
      <w:pPr>
        <w:spacing w:before="390" w:line="432" w:lineRule="exact"/>
        <w:jc w:val="center"/>
      </w:pPr>
      <w:r>
        <w:rPr>
          <w:b/>
          <w:sz w:val="36"/>
          <w:highlight w:val="yellow"/>
        </w:rPr>
        <w:t>[Title of thesis]</w:t>
      </w:r>
    </w:p>
    <w:p w14:paraId="30D8090E" w14:textId="77777777" w:rsidR="00C03C98" w:rsidRDefault="00001848">
      <w:pPr>
        <w:spacing w:before="176" w:line="432" w:lineRule="exact"/>
        <w:jc w:val="center"/>
      </w:pPr>
      <w:r>
        <w:rPr>
          <w:b/>
          <w:sz w:val="36"/>
          <w:highlight w:val="yellow"/>
        </w:rPr>
        <w:t>[Title of thesis – second line]</w:t>
      </w:r>
    </w:p>
    <w:p w14:paraId="6AE02A23" w14:textId="77777777" w:rsidR="00C03C98" w:rsidRDefault="00C03C98">
      <w:pPr>
        <w:pBdr>
          <w:bottom w:val="single" w:sz="12" w:space="0" w:color="000000"/>
        </w:pBdr>
        <w:spacing w:before="286" w:line="20" w:lineRule="exact"/>
        <w:jc w:val="center"/>
      </w:pPr>
    </w:p>
    <w:p w14:paraId="34BD6891" w14:textId="77777777" w:rsidR="00C03C98" w:rsidRDefault="00001848">
      <w:pPr>
        <w:spacing w:before="1254" w:line="288" w:lineRule="exact"/>
        <w:jc w:val="center"/>
      </w:pPr>
      <w:r>
        <w:rPr>
          <w:b/>
        </w:rPr>
        <w:t>Supervisors</w:t>
      </w:r>
    </w:p>
    <w:p w14:paraId="61615339" w14:textId="77777777" w:rsidR="00C03C98" w:rsidRDefault="00001848">
      <w:pPr>
        <w:spacing w:before="172" w:line="288" w:lineRule="exact"/>
        <w:jc w:val="center"/>
      </w:pPr>
      <w:r>
        <w:t xml:space="preserve">Prof. Dr. </w:t>
      </w:r>
      <w:r>
        <w:rPr>
          <w:highlight w:val="yellow"/>
        </w:rPr>
        <w:t>[Name of first supervisor]</w:t>
      </w:r>
    </w:p>
    <w:p w14:paraId="6DC295A9" w14:textId="77777777" w:rsidR="00C03C98" w:rsidRDefault="00001848">
      <w:pPr>
        <w:spacing w:before="170" w:line="288" w:lineRule="exact"/>
        <w:jc w:val="center"/>
      </w:pPr>
      <w:r>
        <w:t xml:space="preserve">Prof. Dr. </w:t>
      </w:r>
      <w:r>
        <w:rPr>
          <w:highlight w:val="yellow"/>
        </w:rPr>
        <w:t>[Name of second supervisor]</w:t>
      </w:r>
    </w:p>
    <w:p w14:paraId="5CF45A12" w14:textId="77777777" w:rsidR="00C03C98" w:rsidRDefault="00001848">
      <w:pPr>
        <w:tabs>
          <w:tab w:val="left" w:pos="2124"/>
        </w:tabs>
        <w:spacing w:before="1084" w:line="288" w:lineRule="exact"/>
      </w:pPr>
      <w:r>
        <w:t>Name:</w:t>
      </w:r>
      <w:r>
        <w:tab/>
      </w:r>
      <w:r>
        <w:rPr>
          <w:highlight w:val="yellow"/>
        </w:rPr>
        <w:t>[First name Last name]</w:t>
      </w:r>
    </w:p>
    <w:p w14:paraId="2530511D" w14:textId="77777777" w:rsidR="00C03C98" w:rsidRDefault="00001848">
      <w:pPr>
        <w:tabs>
          <w:tab w:val="left" w:pos="2124"/>
        </w:tabs>
        <w:spacing w:before="170" w:line="288" w:lineRule="exact"/>
      </w:pPr>
      <w:r>
        <w:t>Address:</w:t>
      </w:r>
      <w:r>
        <w:tab/>
      </w:r>
      <w:r>
        <w:rPr>
          <w:highlight w:val="yellow"/>
        </w:rPr>
        <w:t>[Street and house number]</w:t>
      </w:r>
    </w:p>
    <w:p w14:paraId="49A48094" w14:textId="77777777" w:rsidR="00C03C98" w:rsidRDefault="00001848">
      <w:pPr>
        <w:tabs>
          <w:tab w:val="left" w:pos="2124"/>
        </w:tabs>
        <w:spacing w:before="170" w:line="288" w:lineRule="exact"/>
      </w:pPr>
      <w:r>
        <w:tab/>
      </w:r>
      <w:r>
        <w:rPr>
          <w:highlight w:val="yellow"/>
        </w:rPr>
        <w:t>[Postal code and city]</w:t>
      </w:r>
    </w:p>
    <w:p w14:paraId="46E58CB3" w14:textId="77777777" w:rsidR="00C03C98" w:rsidRDefault="00001848">
      <w:pPr>
        <w:tabs>
          <w:tab w:val="left" w:pos="2124"/>
        </w:tabs>
        <w:spacing w:before="170" w:line="288" w:lineRule="exact"/>
      </w:pPr>
      <w:r>
        <w:t>Student ID:</w:t>
      </w:r>
      <w:r>
        <w:tab/>
      </w:r>
      <w:r>
        <w:rPr>
          <w:highlight w:val="yellow"/>
        </w:rPr>
        <w:t>[Student ID number]</w:t>
      </w:r>
    </w:p>
    <w:p w14:paraId="6F538E2F" w14:textId="77777777" w:rsidR="00C03C98" w:rsidRDefault="00001848">
      <w:pPr>
        <w:tabs>
          <w:tab w:val="left" w:pos="2124"/>
        </w:tabs>
        <w:spacing w:before="170" w:line="288" w:lineRule="exact"/>
      </w:pPr>
      <w:r>
        <w:t>Email:</w:t>
      </w:r>
      <w:r>
        <w:tab/>
      </w:r>
      <w:r>
        <w:rPr>
          <w:highlight w:val="yellow"/>
        </w:rPr>
        <w:t>[Email address]</w:t>
      </w:r>
    </w:p>
    <w:p w14:paraId="73829523" w14:textId="77777777" w:rsidR="00C03C98" w:rsidRDefault="00001848">
      <w:pPr>
        <w:tabs>
          <w:tab w:val="left" w:pos="2124"/>
        </w:tabs>
        <w:spacing w:before="170" w:line="288" w:lineRule="exact"/>
      </w:pPr>
      <w:r>
        <w:t>Program of Study:</w:t>
      </w:r>
      <w:r>
        <w:tab/>
      </w:r>
      <w:r>
        <w:rPr>
          <w:highlight w:val="yellow"/>
        </w:rPr>
        <w:t>[Program of study]</w:t>
      </w:r>
    </w:p>
    <w:p w14:paraId="73A0477D" w14:textId="77777777" w:rsidR="00C03C98" w:rsidRDefault="00001848">
      <w:pPr>
        <w:tabs>
          <w:tab w:val="left" w:pos="2124"/>
        </w:tabs>
        <w:spacing w:before="170" w:line="288" w:lineRule="exact"/>
      </w:pPr>
      <w:r>
        <w:t>Date of Submission:</w:t>
      </w:r>
      <w:r>
        <w:tab/>
      </w:r>
      <w:r>
        <w:rPr>
          <w:highlight w:val="yellow"/>
        </w:rPr>
        <w:t>[DD Month YYYY]</w:t>
      </w:r>
    </w:p>
    <w:sectPr w:rsidR="00C03C98" w:rsidSect="00034616">
      <w:pgSz w:w="11906" w:h="16838"/>
      <w:pgMar w:top="1432" w:right="1416" w:bottom="1200" w:left="141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198215">
    <w:abstractNumId w:val="8"/>
  </w:num>
  <w:num w:numId="2" w16cid:durableId="1121680877">
    <w:abstractNumId w:val="6"/>
  </w:num>
  <w:num w:numId="3" w16cid:durableId="1354111646">
    <w:abstractNumId w:val="5"/>
  </w:num>
  <w:num w:numId="4" w16cid:durableId="1635479265">
    <w:abstractNumId w:val="4"/>
  </w:num>
  <w:num w:numId="5" w16cid:durableId="947086218">
    <w:abstractNumId w:val="7"/>
  </w:num>
  <w:num w:numId="6" w16cid:durableId="155347951">
    <w:abstractNumId w:val="3"/>
  </w:num>
  <w:num w:numId="7" w16cid:durableId="24838760">
    <w:abstractNumId w:val="2"/>
  </w:num>
  <w:num w:numId="8" w16cid:durableId="36899527">
    <w:abstractNumId w:val="1"/>
  </w:num>
  <w:num w:numId="9" w16cid:durableId="170995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20FEA"/>
    <w:rsid w:val="008634E4"/>
    <w:rsid w:val="00AA1D8D"/>
    <w:rsid w:val="00B47730"/>
    <w:rsid w:val="00C03C98"/>
    <w:rsid w:val="00CB0664"/>
    <w:rsid w:val="00F022E7"/>
    <w:rsid w:val="00F30C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602A35"/>
  <w14:defaultImageDpi w14:val="300"/>
  <w15:docId w15:val="{3211F1CA-59CE-4A3E-8C7D-6F4FEEB96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0"/>
    </w:pPr>
    <w:rPr>
      <w:rFonts w:ascii="Times New Roman" w:hAnsi="Times New Roman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Bareis, Alexander</cp:lastModifiedBy>
  <cp:revision>3</cp:revision>
  <dcterms:created xsi:type="dcterms:W3CDTF">2013-12-23T23:15:00Z</dcterms:created>
  <dcterms:modified xsi:type="dcterms:W3CDTF">2026-10-02T10:18:00Z</dcterms:modified>
  <cp:category/>
</cp:coreProperties>
</file>