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455" w:rsidRDefault="007B7EAD">
      <w:pPr>
        <w:spacing w:after="147" w:line="240" w:lineRule="auto"/>
        <w:jc w:val="center"/>
      </w:pPr>
      <w:r>
        <w:rPr>
          <w:noProof/>
        </w:rPr>
        <w:drawing>
          <wp:inline distT="0" distB="0" distL="0" distR="0">
            <wp:extent cx="2304000" cy="922224"/>
            <wp:effectExtent l="0" t="0" r="0" b="0"/>
            <wp:docPr id="1" name="Picture 1" descr="Logo der Universität Siegen" title="Universität Sie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uni_siegen_lang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04000" cy="922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455" w:rsidRDefault="007B7EAD">
      <w:pPr>
        <w:spacing w:after="20" w:line="240" w:lineRule="auto"/>
        <w:jc w:val="center"/>
      </w:pPr>
      <w:r>
        <w:rPr>
          <w:sz w:val="32"/>
        </w:rPr>
        <w:t>Universität Siegen</w:t>
      </w:r>
    </w:p>
    <w:p w:rsidR="00137455" w:rsidRDefault="007B7EAD">
      <w:pPr>
        <w:spacing w:line="269" w:lineRule="auto"/>
        <w:jc w:val="center"/>
      </w:pPr>
      <w:r>
        <w:t>Fakultät III: Wirtschaftswissenschaften, Wirtschaftsinformatik und Wirtschaftsrecht,</w:t>
      </w:r>
      <w:r>
        <w:br/>
        <w:t>[Name des Lehrstuhls]</w:t>
      </w:r>
    </w:p>
    <w:p w:rsidR="00137455" w:rsidRDefault="007B7EAD">
      <w:pPr>
        <w:spacing w:before="540" w:after="540" w:line="240" w:lineRule="auto"/>
        <w:jc w:val="center"/>
      </w:pPr>
      <w:r>
        <w:rPr>
          <w:sz w:val="42"/>
        </w:rPr>
        <w:t>Masterarbeit</w:t>
      </w:r>
    </w:p>
    <w:p w:rsidR="00137455" w:rsidRDefault="00137455">
      <w:pPr>
        <w:pBdr>
          <w:bottom w:val="single" w:sz="9" w:space="0" w:color="222222"/>
        </w:pBdr>
        <w:spacing w:after="260" w:line="240" w:lineRule="auto"/>
      </w:pPr>
    </w:p>
    <w:p w:rsidR="00137455" w:rsidRDefault="007B7EAD">
      <w:pPr>
        <w:spacing w:before="20" w:after="260" w:line="288" w:lineRule="auto"/>
        <w:jc w:val="center"/>
      </w:pPr>
      <w:r>
        <w:rPr>
          <w:b/>
          <w:sz w:val="36"/>
        </w:rPr>
        <w:t>[Titel der Arbeit]</w:t>
      </w:r>
    </w:p>
    <w:p w:rsidR="00137455" w:rsidRDefault="00137455">
      <w:pPr>
        <w:pBdr>
          <w:bottom w:val="single" w:sz="9" w:space="0" w:color="222222"/>
        </w:pBdr>
        <w:spacing w:after="500" w:line="240" w:lineRule="auto"/>
      </w:pPr>
    </w:p>
    <w:p w:rsidR="00137455" w:rsidRDefault="007B7EAD">
      <w:pPr>
        <w:spacing w:after="180" w:line="240" w:lineRule="auto"/>
        <w:jc w:val="center"/>
      </w:pPr>
      <w:r>
        <w:rPr>
          <w:b/>
        </w:rPr>
        <w:t>Betreuung</w:t>
      </w:r>
    </w:p>
    <w:p w:rsidR="00137455" w:rsidRDefault="007B7EAD">
      <w:pPr>
        <w:spacing w:after="40" w:line="252" w:lineRule="auto"/>
        <w:jc w:val="center"/>
      </w:pPr>
      <w:r>
        <w:t>Prof. Dr. [Name der ersten Betreuungsperson]</w:t>
      </w:r>
    </w:p>
    <w:p w:rsidR="00137455" w:rsidRDefault="007B7EAD">
      <w:pPr>
        <w:spacing w:after="40" w:line="252" w:lineRule="auto"/>
        <w:jc w:val="center"/>
      </w:pPr>
      <w:r>
        <w:t xml:space="preserve">Prof. Dr. [Name der zweiten </w:t>
      </w:r>
      <w:r>
        <w:t>Betreuungsperson]</w:t>
      </w:r>
    </w:p>
    <w:p w:rsidR="00137455" w:rsidRDefault="00137455">
      <w:pPr>
        <w:spacing w:after="120" w:line="240" w:lineRule="auto"/>
      </w:pPr>
    </w:p>
    <w:p w:rsidR="00BE381B" w:rsidRDefault="00BE381B">
      <w:pPr>
        <w:spacing w:after="120" w:line="240" w:lineRule="auto"/>
      </w:pPr>
    </w:p>
    <w:p w:rsidR="00BE381B" w:rsidRDefault="00BE381B">
      <w:pPr>
        <w:spacing w:after="1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09"/>
        <w:gridCol w:w="5528"/>
      </w:tblGrid>
      <w:tr w:rsidR="00137455">
        <w:trPr>
          <w:trHeight w:val="255"/>
          <w:jc w:val="center"/>
        </w:trPr>
        <w:tc>
          <w:tcPr>
            <w:tcW w:w="24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7B7EAD">
            <w:pPr>
              <w:spacing w:line="240" w:lineRule="auto"/>
            </w:pPr>
            <w:r>
              <w:t>Name:</w:t>
            </w:r>
          </w:p>
        </w:tc>
        <w:tc>
          <w:tcPr>
            <w:tcW w:w="552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7B7EAD">
            <w:pPr>
              <w:spacing w:line="240" w:lineRule="auto"/>
            </w:pPr>
            <w:r>
              <w:t>[Vorname Nachname]</w:t>
            </w:r>
          </w:p>
        </w:tc>
      </w:tr>
      <w:tr w:rsidR="00137455">
        <w:trPr>
          <w:trHeight w:val="255"/>
          <w:jc w:val="center"/>
        </w:trPr>
        <w:tc>
          <w:tcPr>
            <w:tcW w:w="24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7B7EAD">
            <w:pPr>
              <w:spacing w:line="240" w:lineRule="auto"/>
            </w:pPr>
            <w:r>
              <w:t>Adresse:</w:t>
            </w:r>
          </w:p>
        </w:tc>
        <w:tc>
          <w:tcPr>
            <w:tcW w:w="552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7B7EAD">
            <w:pPr>
              <w:spacing w:line="240" w:lineRule="auto"/>
            </w:pPr>
            <w:r>
              <w:t>[Straße und Hausnummer]</w:t>
            </w:r>
          </w:p>
        </w:tc>
      </w:tr>
      <w:tr w:rsidR="00137455">
        <w:trPr>
          <w:trHeight w:val="255"/>
          <w:jc w:val="center"/>
        </w:trPr>
        <w:tc>
          <w:tcPr>
            <w:tcW w:w="24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137455">
            <w:pPr>
              <w:spacing w:line="240" w:lineRule="auto"/>
            </w:pPr>
          </w:p>
        </w:tc>
        <w:tc>
          <w:tcPr>
            <w:tcW w:w="552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7B7EAD">
            <w:pPr>
              <w:spacing w:line="240" w:lineRule="auto"/>
            </w:pPr>
            <w:r>
              <w:t>[Postleitzahl und Ort]</w:t>
            </w:r>
          </w:p>
        </w:tc>
      </w:tr>
      <w:tr w:rsidR="00137455">
        <w:trPr>
          <w:trHeight w:val="255"/>
          <w:jc w:val="center"/>
        </w:trPr>
        <w:tc>
          <w:tcPr>
            <w:tcW w:w="24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7B7EAD">
            <w:pPr>
              <w:spacing w:line="240" w:lineRule="auto"/>
            </w:pPr>
            <w:r>
              <w:t>Telefon:</w:t>
            </w:r>
          </w:p>
        </w:tc>
        <w:tc>
          <w:tcPr>
            <w:tcW w:w="552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7B7EAD">
            <w:pPr>
              <w:spacing w:line="240" w:lineRule="auto"/>
            </w:pPr>
            <w:r>
              <w:t>[Telefonnummer]</w:t>
            </w:r>
          </w:p>
        </w:tc>
      </w:tr>
      <w:tr w:rsidR="00137455">
        <w:trPr>
          <w:trHeight w:val="255"/>
          <w:jc w:val="center"/>
        </w:trPr>
        <w:tc>
          <w:tcPr>
            <w:tcW w:w="24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7B7EAD">
            <w:pPr>
              <w:spacing w:line="240" w:lineRule="auto"/>
            </w:pPr>
            <w:r>
              <w:t>E-Mail:</w:t>
            </w:r>
          </w:p>
        </w:tc>
        <w:tc>
          <w:tcPr>
            <w:tcW w:w="552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7B7EAD">
            <w:pPr>
              <w:spacing w:line="240" w:lineRule="auto"/>
            </w:pPr>
            <w:r>
              <w:t>[E-Mail-Adresse]</w:t>
            </w:r>
          </w:p>
        </w:tc>
      </w:tr>
      <w:tr w:rsidR="00137455">
        <w:trPr>
          <w:trHeight w:val="255"/>
          <w:jc w:val="center"/>
        </w:trPr>
        <w:tc>
          <w:tcPr>
            <w:tcW w:w="24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7B7EAD">
            <w:pPr>
              <w:spacing w:line="240" w:lineRule="auto"/>
            </w:pPr>
            <w:r>
              <w:t>Matrikelnummer:</w:t>
            </w:r>
          </w:p>
        </w:tc>
        <w:tc>
          <w:tcPr>
            <w:tcW w:w="552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7B7EAD">
            <w:pPr>
              <w:spacing w:line="240" w:lineRule="auto"/>
            </w:pPr>
            <w:r>
              <w:t>[Matrikelnummer]</w:t>
            </w:r>
          </w:p>
        </w:tc>
      </w:tr>
      <w:tr w:rsidR="00137455">
        <w:trPr>
          <w:trHeight w:val="255"/>
          <w:jc w:val="center"/>
        </w:trPr>
        <w:tc>
          <w:tcPr>
            <w:tcW w:w="24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7B7EAD">
            <w:pPr>
              <w:spacing w:line="240" w:lineRule="auto"/>
            </w:pPr>
            <w:r>
              <w:t>Studiengang:</w:t>
            </w:r>
          </w:p>
        </w:tc>
        <w:tc>
          <w:tcPr>
            <w:tcW w:w="552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7B7EAD">
            <w:pPr>
              <w:spacing w:line="240" w:lineRule="auto"/>
            </w:pPr>
            <w:r>
              <w:t>[Studiengang]</w:t>
            </w:r>
          </w:p>
        </w:tc>
      </w:tr>
      <w:tr w:rsidR="00137455">
        <w:trPr>
          <w:trHeight w:val="255"/>
          <w:jc w:val="center"/>
        </w:trPr>
        <w:tc>
          <w:tcPr>
            <w:tcW w:w="24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7B7EAD">
            <w:pPr>
              <w:spacing w:line="240" w:lineRule="auto"/>
            </w:pPr>
            <w:r>
              <w:t>Fachsemester:</w:t>
            </w:r>
          </w:p>
        </w:tc>
        <w:tc>
          <w:tcPr>
            <w:tcW w:w="552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7B7EAD">
            <w:pPr>
              <w:spacing w:line="240" w:lineRule="auto"/>
            </w:pPr>
            <w:r>
              <w:t xml:space="preserve">[Anzahl der </w:t>
            </w:r>
            <w:r>
              <w:t>Fachsemester]</w:t>
            </w:r>
          </w:p>
        </w:tc>
      </w:tr>
      <w:tr w:rsidR="00137455">
        <w:trPr>
          <w:trHeight w:val="255"/>
          <w:jc w:val="center"/>
        </w:trPr>
        <w:tc>
          <w:tcPr>
            <w:tcW w:w="24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7B7EAD">
            <w:pPr>
              <w:spacing w:line="240" w:lineRule="auto"/>
            </w:pPr>
            <w:r>
              <w:t>Modul / Veranstaltung:</w:t>
            </w:r>
          </w:p>
        </w:tc>
        <w:tc>
          <w:tcPr>
            <w:tcW w:w="552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7B7EAD">
            <w:pPr>
              <w:spacing w:line="240" w:lineRule="auto"/>
            </w:pPr>
            <w:r>
              <w:t>[Modul oder Lehrveranstaltung]</w:t>
            </w:r>
          </w:p>
        </w:tc>
      </w:tr>
      <w:tr w:rsidR="00137455">
        <w:trPr>
          <w:trHeight w:val="255"/>
          <w:jc w:val="center"/>
        </w:trPr>
        <w:tc>
          <w:tcPr>
            <w:tcW w:w="24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7B7EAD">
            <w:pPr>
              <w:spacing w:line="240" w:lineRule="auto"/>
            </w:pPr>
            <w:r>
              <w:t>Semester:</w:t>
            </w:r>
          </w:p>
        </w:tc>
        <w:tc>
          <w:tcPr>
            <w:tcW w:w="552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7B7EAD">
            <w:pPr>
              <w:spacing w:line="240" w:lineRule="auto"/>
            </w:pPr>
            <w:r>
              <w:t>[Winter-/Sommersemester JJJJ]</w:t>
            </w:r>
          </w:p>
        </w:tc>
      </w:tr>
      <w:tr w:rsidR="00137455">
        <w:trPr>
          <w:trHeight w:val="255"/>
          <w:jc w:val="center"/>
        </w:trPr>
        <w:tc>
          <w:tcPr>
            <w:tcW w:w="24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7B7EAD">
            <w:pPr>
              <w:spacing w:line="240" w:lineRule="auto"/>
            </w:pPr>
            <w:r>
              <w:t>Abgabedatum:</w:t>
            </w:r>
          </w:p>
        </w:tc>
        <w:tc>
          <w:tcPr>
            <w:tcW w:w="552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7B7EAD">
            <w:pPr>
              <w:spacing w:line="240" w:lineRule="auto"/>
            </w:pPr>
            <w:r>
              <w:t>[TT. Monat JJJJ]</w:t>
            </w:r>
          </w:p>
        </w:tc>
      </w:tr>
    </w:tbl>
    <w:p w:rsidR="00137455" w:rsidRDefault="00137455">
      <w:pPr>
        <w:sectPr w:rsidR="00137455">
          <w:pgSz w:w="11906" w:h="16838"/>
          <w:pgMar w:top="1417" w:right="1984" w:bottom="1417" w:left="1984" w:header="737" w:footer="737" w:gutter="0"/>
          <w:cols w:space="720"/>
          <w:docGrid w:linePitch="360"/>
        </w:sectPr>
      </w:pPr>
    </w:p>
    <w:p w:rsidR="00137455" w:rsidRDefault="007B7EAD">
      <w:pPr>
        <w:pStyle w:val="Verzeichnistitel"/>
        <w:spacing w:before="0"/>
      </w:pPr>
      <w:r>
        <w:lastRenderedPageBreak/>
        <w:t>Inhaltsverzeichnis</w:t>
      </w:r>
    </w:p>
    <w:p w:rsidR="00BE381B" w:rsidRDefault="007B7EAD">
      <w:pPr>
        <w:pStyle w:val="Verzeichnis1"/>
        <w:tabs>
          <w:tab w:val="right" w:leader="dot" w:pos="7928"/>
        </w:tabs>
        <w:rPr>
          <w:noProof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42700676" w:history="1">
        <w:r w:rsidR="00BE381B" w:rsidRPr="008C02EE">
          <w:rPr>
            <w:rStyle w:val="Hyperlink"/>
            <w:rFonts w:eastAsiaTheme="majorEastAsia"/>
            <w:noProof/>
          </w:rPr>
          <w:t>1 Einleitung</w:t>
        </w:r>
        <w:r w:rsidR="00BE381B">
          <w:rPr>
            <w:noProof/>
            <w:webHidden/>
          </w:rPr>
          <w:tab/>
        </w:r>
        <w:r w:rsidR="00BE381B">
          <w:rPr>
            <w:noProof/>
            <w:webHidden/>
          </w:rPr>
          <w:fldChar w:fldCharType="begin"/>
        </w:r>
        <w:r w:rsidR="00BE381B">
          <w:rPr>
            <w:noProof/>
            <w:webHidden/>
          </w:rPr>
          <w:instrText xml:space="preserve"> PAGEREF _Toc242700676 \h </w:instrText>
        </w:r>
        <w:r w:rsidR="00BE381B">
          <w:rPr>
            <w:noProof/>
            <w:webHidden/>
          </w:rPr>
        </w:r>
        <w:r w:rsidR="00BE381B">
          <w:rPr>
            <w:noProof/>
            <w:webHidden/>
          </w:rPr>
          <w:fldChar w:fldCharType="separate"/>
        </w:r>
        <w:r w:rsidR="00BE381B">
          <w:rPr>
            <w:noProof/>
            <w:webHidden/>
          </w:rPr>
          <w:t>1</w:t>
        </w:r>
        <w:r w:rsidR="00BE381B">
          <w:rPr>
            <w:noProof/>
            <w:webHidden/>
          </w:rPr>
          <w:fldChar w:fldCharType="end"/>
        </w:r>
      </w:hyperlink>
    </w:p>
    <w:p w:rsidR="00BE381B" w:rsidRDefault="00BE381B">
      <w:pPr>
        <w:pStyle w:val="Verzeichnis1"/>
        <w:tabs>
          <w:tab w:val="right" w:leader="dot" w:pos="7928"/>
        </w:tabs>
        <w:rPr>
          <w:noProof/>
        </w:rPr>
      </w:pPr>
      <w:hyperlink w:anchor="_Toc242700677" w:history="1">
        <w:r w:rsidRPr="008C02EE">
          <w:rPr>
            <w:rStyle w:val="Hyperlink"/>
            <w:rFonts w:eastAsiaTheme="majorEastAsia"/>
            <w:noProof/>
          </w:rPr>
          <w:t>2 Beispiel für zentrale Elemente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_Toc242700677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BE381B" w:rsidRDefault="00BE381B">
      <w:pPr>
        <w:pStyle w:val="Verzeichnis2"/>
        <w:tabs>
          <w:tab w:val="right" w:leader="dot" w:pos="7928"/>
        </w:tabs>
        <w:rPr>
          <w:noProof/>
        </w:rPr>
      </w:pPr>
      <w:hyperlink w:anchor="_Toc242700678" w:history="1">
        <w:r w:rsidRPr="008C02EE">
          <w:rPr>
            <w:rStyle w:val="Hyperlink"/>
            <w:rFonts w:eastAsiaTheme="majorEastAsia"/>
            <w:noProof/>
          </w:rPr>
          <w:t>2.1 Tabelle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_Toc242700678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BE381B" w:rsidRDefault="00BE381B">
      <w:pPr>
        <w:pStyle w:val="Verzeichnis2"/>
        <w:tabs>
          <w:tab w:val="right" w:leader="dot" w:pos="7928"/>
        </w:tabs>
        <w:rPr>
          <w:noProof/>
        </w:rPr>
      </w:pPr>
      <w:hyperlink w:anchor="_Toc242700679" w:history="1">
        <w:r w:rsidRPr="008C02EE">
          <w:rPr>
            <w:rStyle w:val="Hyperlink"/>
            <w:rFonts w:eastAsiaTheme="majorEastAsia"/>
            <w:noProof/>
          </w:rPr>
          <w:t>2.2 Abbildung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_Toc242700679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BE381B" w:rsidRDefault="00BE381B">
      <w:pPr>
        <w:pStyle w:val="Verzeichnis2"/>
        <w:tabs>
          <w:tab w:val="right" w:leader="dot" w:pos="7928"/>
        </w:tabs>
        <w:rPr>
          <w:noProof/>
        </w:rPr>
      </w:pPr>
      <w:hyperlink w:anchor="_Toc242700680" w:history="1">
        <w:r w:rsidRPr="008C02EE">
          <w:rPr>
            <w:rStyle w:val="Hyperlink"/>
            <w:rFonts w:eastAsiaTheme="majorEastAsia"/>
            <w:noProof/>
          </w:rPr>
          <w:t>2.3 Formel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_Toc242700680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BE381B" w:rsidRDefault="00BE381B">
      <w:pPr>
        <w:pStyle w:val="Verzeichnis1"/>
        <w:tabs>
          <w:tab w:val="right" w:leader="dot" w:pos="7928"/>
        </w:tabs>
        <w:rPr>
          <w:noProof/>
        </w:rPr>
      </w:pPr>
      <w:hyperlink w:anchor="_Toc242700681" w:history="1">
        <w:r w:rsidRPr="008C02EE">
          <w:rPr>
            <w:rStyle w:val="Hyperlink"/>
            <w:rFonts w:eastAsiaTheme="majorEastAsia"/>
            <w:noProof/>
          </w:rPr>
          <w:t>Literaturverzeichnis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_Toc242700681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BE381B" w:rsidRDefault="00BE381B">
      <w:pPr>
        <w:pStyle w:val="Verzeichnis1"/>
        <w:tabs>
          <w:tab w:val="right" w:leader="dot" w:pos="7928"/>
        </w:tabs>
        <w:rPr>
          <w:noProof/>
        </w:rPr>
      </w:pPr>
      <w:hyperlink w:anchor="_Toc242700682" w:history="1">
        <w:r w:rsidRPr="008C02EE">
          <w:rPr>
            <w:rStyle w:val="Hyperlink"/>
            <w:rFonts w:eastAsiaTheme="majorEastAsia"/>
            <w:noProof/>
          </w:rPr>
          <w:t>Anhang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_Toc242700682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137455" w:rsidRDefault="007B7EAD">
      <w:pPr>
        <w:tabs>
          <w:tab w:val="right" w:leader="dot" w:pos="7937"/>
        </w:tabs>
      </w:pPr>
      <w:r>
        <w:fldChar w:fldCharType="end"/>
      </w:r>
    </w:p>
    <w:p w:rsidR="00137455" w:rsidRDefault="007B7EAD">
      <w:r>
        <w:br w:type="page"/>
      </w:r>
    </w:p>
    <w:p w:rsidR="00137455" w:rsidRDefault="007B7EAD">
      <w:pPr>
        <w:pStyle w:val="Verzeichnistitel"/>
        <w:spacing w:before="0"/>
      </w:pPr>
      <w:r>
        <w:lastRenderedPageBreak/>
        <w:t>Abbildungsverzeichnis</w:t>
      </w:r>
    </w:p>
    <w:p w:rsidR="00BE381B" w:rsidRDefault="007B7EAD">
      <w:pPr>
        <w:pStyle w:val="Abbildungsverzeichnis"/>
        <w:tabs>
          <w:tab w:val="right" w:leader="dot" w:pos="7928"/>
        </w:tabs>
        <w:rPr>
          <w:noProof/>
        </w:rPr>
      </w:pPr>
      <w:r>
        <w:fldChar w:fldCharType="begin"/>
      </w:r>
      <w:r>
        <w:instrText xml:space="preserve"> TOC \h \z \c "Abbildung" </w:instrText>
      </w:r>
      <w:r>
        <w:fldChar w:fldCharType="separate"/>
      </w:r>
      <w:hyperlink w:anchor="_Toc242700683" w:history="1">
        <w:r w:rsidR="00BE381B" w:rsidRPr="00CB6BC5">
          <w:rPr>
            <w:rStyle w:val="Hyperlink"/>
            <w:noProof/>
          </w:rPr>
          <w:t>Abbildung 1: Beispiel einer Abbildung</w:t>
        </w:r>
        <w:r w:rsidR="00BE381B">
          <w:rPr>
            <w:noProof/>
            <w:webHidden/>
          </w:rPr>
          <w:tab/>
        </w:r>
        <w:r w:rsidR="00BE381B">
          <w:rPr>
            <w:noProof/>
            <w:webHidden/>
          </w:rPr>
          <w:fldChar w:fldCharType="begin"/>
        </w:r>
        <w:r w:rsidR="00BE381B">
          <w:rPr>
            <w:noProof/>
            <w:webHidden/>
          </w:rPr>
          <w:instrText xml:space="preserve"> PAGEREF _Toc242700683 \h </w:instrText>
        </w:r>
        <w:r w:rsidR="00BE381B">
          <w:rPr>
            <w:noProof/>
            <w:webHidden/>
          </w:rPr>
        </w:r>
        <w:r w:rsidR="00BE381B">
          <w:rPr>
            <w:noProof/>
            <w:webHidden/>
          </w:rPr>
          <w:fldChar w:fldCharType="separate"/>
        </w:r>
        <w:r w:rsidR="00BE381B">
          <w:rPr>
            <w:noProof/>
            <w:webHidden/>
          </w:rPr>
          <w:t>1</w:t>
        </w:r>
        <w:r w:rsidR="00BE381B">
          <w:rPr>
            <w:noProof/>
            <w:webHidden/>
          </w:rPr>
          <w:fldChar w:fldCharType="end"/>
        </w:r>
      </w:hyperlink>
    </w:p>
    <w:p w:rsidR="00137455" w:rsidRDefault="007B7EAD">
      <w:pPr>
        <w:tabs>
          <w:tab w:val="right" w:leader="dot" w:pos="7937"/>
        </w:tabs>
      </w:pPr>
      <w:r>
        <w:fldChar w:fldCharType="end"/>
      </w:r>
    </w:p>
    <w:p w:rsidR="00137455" w:rsidRDefault="007B7EAD">
      <w:pPr>
        <w:pStyle w:val="Verzeichnistitel"/>
        <w:spacing w:before="600"/>
      </w:pPr>
      <w:r>
        <w:t>Tabellenverzeichnis</w:t>
      </w:r>
    </w:p>
    <w:p w:rsidR="00BE381B" w:rsidRDefault="007B7EAD">
      <w:pPr>
        <w:pStyle w:val="Abbildungsverzeichnis"/>
        <w:tabs>
          <w:tab w:val="right" w:leader="dot" w:pos="7928"/>
        </w:tabs>
        <w:rPr>
          <w:rFonts w:asciiTheme="minorHAnsi" w:eastAsiaTheme="minorEastAsia" w:hAnsiTheme="minorHAnsi" w:cstheme="minorBidi"/>
          <w:noProof/>
          <w:sz w:val="22"/>
          <w:lang w:eastAsia="de-DE"/>
        </w:rPr>
      </w:pPr>
      <w:r>
        <w:fldChar w:fldCharType="begin"/>
      </w:r>
      <w:r>
        <w:instrText xml:space="preserve"> TOC \h \z \c "Tabelle" </w:instrText>
      </w:r>
      <w:r>
        <w:fldChar w:fldCharType="separate"/>
      </w:r>
      <w:hyperlink w:anchor="_Toc242700684" w:history="1">
        <w:r w:rsidR="00BE381B" w:rsidRPr="00AA2228">
          <w:rPr>
            <w:rStyle w:val="Hyperlink"/>
            <w:noProof/>
          </w:rPr>
          <w:t>Tabelle 1: Beispiel einer Ergebnistabelle</w:t>
        </w:r>
        <w:r w:rsidR="00BE381B">
          <w:rPr>
            <w:noProof/>
            <w:webHidden/>
          </w:rPr>
          <w:tab/>
        </w:r>
        <w:r w:rsidR="00BE381B">
          <w:rPr>
            <w:noProof/>
            <w:webHidden/>
          </w:rPr>
          <w:fldChar w:fldCharType="begin"/>
        </w:r>
        <w:r w:rsidR="00BE381B">
          <w:rPr>
            <w:noProof/>
            <w:webHidden/>
          </w:rPr>
          <w:instrText xml:space="preserve"> PAGEREF _Toc242700684 \h </w:instrText>
        </w:r>
        <w:r w:rsidR="00BE381B">
          <w:rPr>
            <w:noProof/>
            <w:webHidden/>
          </w:rPr>
        </w:r>
        <w:r w:rsidR="00BE381B">
          <w:rPr>
            <w:noProof/>
            <w:webHidden/>
          </w:rPr>
          <w:fldChar w:fldCharType="separate"/>
        </w:r>
        <w:r w:rsidR="00BE381B">
          <w:rPr>
            <w:noProof/>
            <w:webHidden/>
          </w:rPr>
          <w:t>1</w:t>
        </w:r>
        <w:r w:rsidR="00BE381B">
          <w:rPr>
            <w:noProof/>
            <w:webHidden/>
          </w:rPr>
          <w:fldChar w:fldCharType="end"/>
        </w:r>
      </w:hyperlink>
    </w:p>
    <w:p w:rsidR="00137455" w:rsidRDefault="007B7EAD">
      <w:pPr>
        <w:tabs>
          <w:tab w:val="right" w:leader="dot" w:pos="7937"/>
        </w:tabs>
      </w:pPr>
      <w:r>
        <w:fldChar w:fldCharType="end"/>
      </w:r>
    </w:p>
    <w:p w:rsidR="00137455" w:rsidRDefault="00137455">
      <w:pPr>
        <w:sectPr w:rsidR="00137455">
          <w:footerReference w:type="default" r:id="rId9"/>
          <w:pgSz w:w="11906" w:h="16838"/>
          <w:pgMar w:top="1417" w:right="1984" w:bottom="1417" w:left="1984" w:header="737" w:footer="737" w:gutter="0"/>
          <w:pgNumType w:fmt="upperRoman" w:start="2"/>
          <w:cols w:space="720"/>
          <w:docGrid w:linePitch="360"/>
        </w:sectPr>
      </w:pPr>
    </w:p>
    <w:p w:rsidR="00137455" w:rsidRDefault="007B7EAD">
      <w:pPr>
        <w:pStyle w:val="berschrift1"/>
      </w:pPr>
      <w:bookmarkStart w:id="0" w:name="_Toc242700676"/>
      <w:r>
        <w:lastRenderedPageBreak/>
        <w:t>Einleitung</w:t>
      </w:r>
      <w:bookmarkEnd w:id="0"/>
    </w:p>
    <w:p w:rsidR="00137455" w:rsidRDefault="007B7EAD">
      <w:pPr>
        <w:pStyle w:val="Hinweis"/>
      </w:pPr>
      <w:r w:rsidRPr="00BE381B">
        <w:rPr>
          <w:lang w:val="de-DE"/>
        </w:rPr>
        <w:t xml:space="preserve">[Beginnen Sie hier mit Ihrem Text. Verwenden Sie für Kapitel und Unterkapitel die Word-Formatvorlagen „Überschrift 1“ und „Überschrift </w:t>
      </w:r>
      <w:r w:rsidRPr="00BE381B">
        <w:rPr>
          <w:lang w:val="de-DE"/>
        </w:rPr>
        <w:t xml:space="preserve">2“. </w:t>
      </w:r>
      <w:proofErr w:type="spellStart"/>
      <w:r>
        <w:t>Diese</w:t>
      </w:r>
      <w:proofErr w:type="spellEnd"/>
      <w:r>
        <w:t xml:space="preserve"> </w:t>
      </w:r>
      <w:proofErr w:type="spellStart"/>
      <w:r>
        <w:t>bilden</w:t>
      </w:r>
      <w:proofErr w:type="spellEnd"/>
      <w:r>
        <w:t xml:space="preserve"> die </w:t>
      </w:r>
      <w:proofErr w:type="spellStart"/>
      <w:r>
        <w:t>Grundlage</w:t>
      </w:r>
      <w:proofErr w:type="spellEnd"/>
      <w:r>
        <w:t xml:space="preserve"> für das automatische Inhaltsverzeichnis.]</w:t>
      </w:r>
    </w:p>
    <w:p w:rsidR="00137455" w:rsidRDefault="007B7EAD">
      <w:pPr>
        <w:pStyle w:val="berschrift1"/>
      </w:pPr>
      <w:bookmarkStart w:id="1" w:name="_Toc242700677"/>
      <w:r>
        <w:t>Beispiel für zentrale Elemente</w:t>
      </w:r>
      <w:bookmarkEnd w:id="1"/>
    </w:p>
    <w:p w:rsidR="00137455" w:rsidRDefault="007B7EAD">
      <w:pPr>
        <w:pStyle w:val="berschrift2"/>
      </w:pPr>
      <w:bookmarkStart w:id="2" w:name="_Toc242700678"/>
      <w:r>
        <w:t>Tabelle</w:t>
      </w:r>
      <w:bookmarkEnd w:id="2"/>
    </w:p>
    <w:p w:rsidR="00137455" w:rsidRDefault="007B7EAD">
      <w:r>
        <w:t>Tabellen sollten eine aussagekräftige Überschrift sowie gegebenenfalls Anmerkungen und eine Quellenangabe enthalten.</w:t>
      </w:r>
    </w:p>
    <w:p w:rsidR="00137455" w:rsidRDefault="007B7EAD">
      <w:pPr>
        <w:pStyle w:val="Beschriftung1"/>
      </w:pPr>
      <w:bookmarkStart w:id="3" w:name="_Toc242700684"/>
      <w:r>
        <w:t xml:space="preserve">Tabelle </w:t>
      </w:r>
      <w:r>
        <w:fldChar w:fldCharType="begin"/>
      </w:r>
      <w:r>
        <w:instrText xml:space="preserve"> SEQ Tabelle \* ARA</w:instrText>
      </w:r>
      <w:r>
        <w:instrText xml:space="preserve">BIC </w:instrText>
      </w:r>
      <w:r>
        <w:fldChar w:fldCharType="separate"/>
      </w:r>
      <w:r w:rsidR="00BE381B">
        <w:rPr>
          <w:noProof/>
        </w:rPr>
        <w:t>1</w:t>
      </w:r>
      <w:r>
        <w:fldChar w:fldCharType="end"/>
      </w:r>
      <w:r>
        <w:t>: Beispiel einer Ergebnistabelle</w:t>
      </w:r>
      <w:bookmarkEnd w:id="3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2268"/>
        <w:gridCol w:w="2268"/>
      </w:tblGrid>
      <w:tr w:rsidR="00137455">
        <w:trPr>
          <w:tblHeader/>
          <w:jc w:val="center"/>
        </w:trPr>
        <w:tc>
          <w:tcPr>
            <w:tcW w:w="3402" w:type="dxa"/>
            <w:tcBorders>
              <w:top w:val="single" w:sz="10" w:space="0" w:color="444444"/>
              <w:bottom w:val="single" w:sz="6" w:space="0" w:color="666666"/>
            </w:tcBorders>
            <w:tcMar>
              <w:top w:w="75" w:type="dxa"/>
              <w:left w:w="65" w:type="dxa"/>
              <w:bottom w:w="75" w:type="dxa"/>
              <w:right w:w="65" w:type="dxa"/>
            </w:tcMar>
          </w:tcPr>
          <w:p w:rsidR="00137455" w:rsidRDefault="007B7EAD">
            <w:pPr>
              <w:spacing w:line="240" w:lineRule="auto"/>
            </w:pPr>
            <w:r>
              <w:rPr>
                <w:b/>
                <w:sz w:val="22"/>
              </w:rPr>
              <w:t>Variable</w:t>
            </w:r>
          </w:p>
        </w:tc>
        <w:tc>
          <w:tcPr>
            <w:tcW w:w="2268" w:type="dxa"/>
            <w:tcBorders>
              <w:top w:val="single" w:sz="10" w:space="0" w:color="444444"/>
              <w:bottom w:val="single" w:sz="6" w:space="0" w:color="666666"/>
            </w:tcBorders>
            <w:tcMar>
              <w:top w:w="75" w:type="dxa"/>
              <w:left w:w="65" w:type="dxa"/>
              <w:bottom w:w="75" w:type="dxa"/>
              <w:right w:w="65" w:type="dxa"/>
            </w:tcMar>
          </w:tcPr>
          <w:p w:rsidR="00137455" w:rsidRDefault="007B7EAD">
            <w:pPr>
              <w:spacing w:line="240" w:lineRule="auto"/>
              <w:jc w:val="center"/>
            </w:pPr>
            <w:r>
              <w:rPr>
                <w:b/>
                <w:sz w:val="22"/>
              </w:rPr>
              <w:t>Gruppe A</w:t>
            </w:r>
          </w:p>
        </w:tc>
        <w:tc>
          <w:tcPr>
            <w:tcW w:w="2268" w:type="dxa"/>
            <w:tcBorders>
              <w:top w:val="single" w:sz="10" w:space="0" w:color="444444"/>
              <w:bottom w:val="single" w:sz="6" w:space="0" w:color="666666"/>
            </w:tcBorders>
            <w:tcMar>
              <w:top w:w="75" w:type="dxa"/>
              <w:left w:w="65" w:type="dxa"/>
              <w:bottom w:w="75" w:type="dxa"/>
              <w:right w:w="65" w:type="dxa"/>
            </w:tcMar>
          </w:tcPr>
          <w:p w:rsidR="00137455" w:rsidRDefault="007B7EAD">
            <w:pPr>
              <w:spacing w:line="240" w:lineRule="auto"/>
              <w:jc w:val="center"/>
            </w:pPr>
            <w:r>
              <w:rPr>
                <w:b/>
                <w:sz w:val="22"/>
              </w:rPr>
              <w:t>Gruppe B</w:t>
            </w:r>
          </w:p>
        </w:tc>
      </w:tr>
      <w:tr w:rsidR="00137455">
        <w:trPr>
          <w:jc w:val="center"/>
        </w:trPr>
        <w:tc>
          <w:tcPr>
            <w:tcW w:w="3402" w:type="dxa"/>
            <w:tcMar>
              <w:top w:w="75" w:type="dxa"/>
              <w:left w:w="65" w:type="dxa"/>
              <w:bottom w:w="75" w:type="dxa"/>
              <w:right w:w="65" w:type="dxa"/>
            </w:tcMar>
          </w:tcPr>
          <w:p w:rsidR="00137455" w:rsidRDefault="007B7EAD">
            <w:pPr>
              <w:spacing w:line="240" w:lineRule="auto"/>
            </w:pPr>
            <w:r>
              <w:rPr>
                <w:sz w:val="22"/>
              </w:rPr>
              <w:t>Beobachtung 1</w:t>
            </w:r>
          </w:p>
        </w:tc>
        <w:tc>
          <w:tcPr>
            <w:tcW w:w="2268" w:type="dxa"/>
            <w:tcMar>
              <w:top w:w="75" w:type="dxa"/>
              <w:left w:w="65" w:type="dxa"/>
              <w:bottom w:w="75" w:type="dxa"/>
              <w:right w:w="65" w:type="dxa"/>
            </w:tcMar>
          </w:tcPr>
          <w:p w:rsidR="00137455" w:rsidRDefault="007B7EAD">
            <w:pPr>
              <w:spacing w:line="240" w:lineRule="auto"/>
              <w:jc w:val="center"/>
            </w:pPr>
            <w:r>
              <w:rPr>
                <w:sz w:val="22"/>
              </w:rPr>
              <w:t>1,2</w:t>
            </w:r>
          </w:p>
        </w:tc>
        <w:tc>
          <w:tcPr>
            <w:tcW w:w="2268" w:type="dxa"/>
            <w:tcMar>
              <w:top w:w="75" w:type="dxa"/>
              <w:left w:w="65" w:type="dxa"/>
              <w:bottom w:w="75" w:type="dxa"/>
              <w:right w:w="65" w:type="dxa"/>
            </w:tcMar>
          </w:tcPr>
          <w:p w:rsidR="00137455" w:rsidRDefault="007B7EAD">
            <w:pPr>
              <w:spacing w:line="240" w:lineRule="auto"/>
              <w:jc w:val="center"/>
            </w:pPr>
            <w:r>
              <w:rPr>
                <w:sz w:val="22"/>
              </w:rPr>
              <w:t>2,4</w:t>
            </w:r>
          </w:p>
        </w:tc>
      </w:tr>
      <w:tr w:rsidR="00137455">
        <w:trPr>
          <w:jc w:val="center"/>
        </w:trPr>
        <w:tc>
          <w:tcPr>
            <w:tcW w:w="3402" w:type="dxa"/>
            <w:tcMar>
              <w:top w:w="75" w:type="dxa"/>
              <w:left w:w="65" w:type="dxa"/>
              <w:bottom w:w="75" w:type="dxa"/>
              <w:right w:w="65" w:type="dxa"/>
            </w:tcMar>
          </w:tcPr>
          <w:p w:rsidR="00137455" w:rsidRDefault="007B7EAD">
            <w:pPr>
              <w:spacing w:line="240" w:lineRule="auto"/>
            </w:pPr>
            <w:r>
              <w:rPr>
                <w:sz w:val="22"/>
              </w:rPr>
              <w:t>Beobachtung 2</w:t>
            </w:r>
          </w:p>
        </w:tc>
        <w:tc>
          <w:tcPr>
            <w:tcW w:w="2268" w:type="dxa"/>
            <w:tcMar>
              <w:top w:w="75" w:type="dxa"/>
              <w:left w:w="65" w:type="dxa"/>
              <w:bottom w:w="75" w:type="dxa"/>
              <w:right w:w="65" w:type="dxa"/>
            </w:tcMar>
          </w:tcPr>
          <w:p w:rsidR="00137455" w:rsidRDefault="007B7EAD">
            <w:pPr>
              <w:spacing w:line="240" w:lineRule="auto"/>
              <w:jc w:val="center"/>
            </w:pPr>
            <w:r>
              <w:rPr>
                <w:sz w:val="22"/>
              </w:rPr>
              <w:t>3,5</w:t>
            </w:r>
          </w:p>
        </w:tc>
        <w:tc>
          <w:tcPr>
            <w:tcW w:w="2268" w:type="dxa"/>
            <w:tcMar>
              <w:top w:w="75" w:type="dxa"/>
              <w:left w:w="65" w:type="dxa"/>
              <w:bottom w:w="75" w:type="dxa"/>
              <w:right w:w="65" w:type="dxa"/>
            </w:tcMar>
          </w:tcPr>
          <w:p w:rsidR="00137455" w:rsidRDefault="007B7EAD">
            <w:pPr>
              <w:spacing w:line="240" w:lineRule="auto"/>
              <w:jc w:val="center"/>
            </w:pPr>
            <w:r>
              <w:rPr>
                <w:sz w:val="22"/>
              </w:rPr>
              <w:t>4,1</w:t>
            </w:r>
          </w:p>
        </w:tc>
      </w:tr>
      <w:tr w:rsidR="00137455">
        <w:trPr>
          <w:jc w:val="center"/>
        </w:trPr>
        <w:tc>
          <w:tcPr>
            <w:tcW w:w="3402" w:type="dxa"/>
            <w:tcBorders>
              <w:bottom w:val="single" w:sz="10" w:space="0" w:color="444444"/>
            </w:tcBorders>
            <w:tcMar>
              <w:top w:w="75" w:type="dxa"/>
              <w:left w:w="65" w:type="dxa"/>
              <w:bottom w:w="75" w:type="dxa"/>
              <w:right w:w="65" w:type="dxa"/>
            </w:tcMar>
          </w:tcPr>
          <w:p w:rsidR="00137455" w:rsidRDefault="007B7EAD">
            <w:pPr>
              <w:spacing w:line="240" w:lineRule="auto"/>
            </w:pPr>
            <w:r>
              <w:rPr>
                <w:sz w:val="22"/>
              </w:rPr>
              <w:t>Beobachtung 3</w:t>
            </w:r>
          </w:p>
        </w:tc>
        <w:tc>
          <w:tcPr>
            <w:tcW w:w="2268" w:type="dxa"/>
            <w:tcBorders>
              <w:bottom w:val="single" w:sz="10" w:space="0" w:color="444444"/>
            </w:tcBorders>
            <w:tcMar>
              <w:top w:w="75" w:type="dxa"/>
              <w:left w:w="65" w:type="dxa"/>
              <w:bottom w:w="75" w:type="dxa"/>
              <w:right w:w="65" w:type="dxa"/>
            </w:tcMar>
          </w:tcPr>
          <w:p w:rsidR="00137455" w:rsidRDefault="007B7EAD">
            <w:pPr>
              <w:spacing w:line="240" w:lineRule="auto"/>
              <w:jc w:val="center"/>
            </w:pPr>
            <w:r>
              <w:rPr>
                <w:sz w:val="22"/>
              </w:rPr>
              <w:t>5,0</w:t>
            </w:r>
          </w:p>
        </w:tc>
        <w:tc>
          <w:tcPr>
            <w:tcW w:w="2268" w:type="dxa"/>
            <w:tcBorders>
              <w:bottom w:val="single" w:sz="10" w:space="0" w:color="444444"/>
            </w:tcBorders>
            <w:tcMar>
              <w:top w:w="75" w:type="dxa"/>
              <w:left w:w="65" w:type="dxa"/>
              <w:bottom w:w="75" w:type="dxa"/>
              <w:right w:w="65" w:type="dxa"/>
            </w:tcMar>
          </w:tcPr>
          <w:p w:rsidR="00137455" w:rsidRDefault="007B7EAD">
            <w:pPr>
              <w:spacing w:line="240" w:lineRule="auto"/>
              <w:jc w:val="center"/>
            </w:pPr>
            <w:r>
              <w:rPr>
                <w:sz w:val="22"/>
              </w:rPr>
              <w:t>6,2</w:t>
            </w:r>
          </w:p>
        </w:tc>
      </w:tr>
    </w:tbl>
    <w:p w:rsidR="00137455" w:rsidRPr="00BE381B" w:rsidRDefault="007B7EAD">
      <w:pPr>
        <w:pStyle w:val="Hinweis"/>
        <w:rPr>
          <w:lang w:val="de-DE"/>
        </w:rPr>
      </w:pPr>
      <w:r w:rsidRPr="00BE381B">
        <w:rPr>
          <w:rFonts w:eastAsia="Times New Roman" w:cs="Times New Roman"/>
          <w:color w:val="32373B"/>
          <w:lang w:val="de-DE"/>
        </w:rPr>
        <w:t>Anmerkungen: Beispielwerte. Quelle: Eigene Berechnung.</w:t>
      </w:r>
    </w:p>
    <w:p w:rsidR="00137455" w:rsidRDefault="007B7EAD">
      <w:pPr>
        <w:pStyle w:val="berschrift2"/>
      </w:pPr>
      <w:bookmarkStart w:id="4" w:name="_Toc242700679"/>
      <w:r>
        <w:t>Abbildung</w:t>
      </w:r>
      <w:bookmarkEnd w:id="4"/>
    </w:p>
    <w:p w:rsidR="00137455" w:rsidRDefault="007B7EAD">
      <w:r>
        <w:t xml:space="preserve">Abbildungen sollten nummeriert sein und eine </w:t>
      </w:r>
      <w:r>
        <w:t>Überschrift sowie eine Quellenangabe erhalten.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38"/>
      </w:tblGrid>
      <w:tr w:rsidR="00137455">
        <w:trPr>
          <w:jc w:val="center"/>
        </w:trPr>
        <w:tc>
          <w:tcPr>
            <w:tcW w:w="7938" w:type="dxa"/>
            <w:tcBorders>
              <w:top w:val="single" w:sz="7" w:space="0" w:color="BAC5CD"/>
              <w:left w:val="single" w:sz="7" w:space="0" w:color="BAC5CD"/>
              <w:bottom w:val="single" w:sz="7" w:space="0" w:color="BAC5CD"/>
              <w:right w:val="single" w:sz="7" w:space="0" w:color="BAC5CD"/>
            </w:tcBorders>
            <w:shd w:val="clear" w:color="auto" w:fill="F4F6F8"/>
          </w:tcPr>
          <w:p w:rsidR="00137455" w:rsidRDefault="007B7EAD">
            <w:pPr>
              <w:spacing w:before="440" w:after="440" w:line="288" w:lineRule="auto"/>
              <w:jc w:val="center"/>
            </w:pPr>
            <w:r>
              <w:rPr>
                <w:i/>
                <w:color w:val="566773"/>
                <w:sz w:val="22"/>
              </w:rPr>
              <w:t>[Hier eine Abbildung einfügen]</w:t>
            </w:r>
          </w:p>
        </w:tc>
      </w:tr>
    </w:tbl>
    <w:p w:rsidR="00137455" w:rsidRDefault="007B7EAD">
      <w:pPr>
        <w:pStyle w:val="Beschriftung1"/>
        <w:keepNext w:val="0"/>
      </w:pPr>
      <w:bookmarkStart w:id="5" w:name="_Toc242700683"/>
      <w:r>
        <w:t xml:space="preserve">Abbildung </w:t>
      </w:r>
      <w:r>
        <w:fldChar w:fldCharType="begin"/>
      </w:r>
      <w:r>
        <w:instrText xml:space="preserve"> SEQ Abbildung \* ARABIC </w:instrText>
      </w:r>
      <w:r>
        <w:fldChar w:fldCharType="separate"/>
      </w:r>
      <w:r w:rsidR="00BE381B">
        <w:rPr>
          <w:noProof/>
        </w:rPr>
        <w:t>1</w:t>
      </w:r>
      <w:r>
        <w:fldChar w:fldCharType="end"/>
      </w:r>
      <w:r>
        <w:t>: Beispiel einer Abbildung</w:t>
      </w:r>
      <w:bookmarkEnd w:id="5"/>
    </w:p>
    <w:p w:rsidR="00137455" w:rsidRPr="00BE381B" w:rsidRDefault="007B7EAD">
      <w:pPr>
        <w:pStyle w:val="Hinweis"/>
        <w:rPr>
          <w:lang w:val="de-DE"/>
        </w:rPr>
      </w:pPr>
      <w:r w:rsidRPr="00BE381B">
        <w:rPr>
          <w:rFonts w:eastAsia="Times New Roman" w:cs="Times New Roman"/>
          <w:color w:val="32373B"/>
          <w:lang w:val="de-DE"/>
        </w:rPr>
        <w:t>Anmerkungen: [Falls erforderlich]. Quelle: [Quelle der Abbildung].</w:t>
      </w:r>
    </w:p>
    <w:p w:rsidR="00137455" w:rsidRDefault="007B7EAD">
      <w:pPr>
        <w:pStyle w:val="berschrift2"/>
      </w:pPr>
      <w:bookmarkStart w:id="6" w:name="_Toc242700680"/>
      <w:r>
        <w:t>Formel</w:t>
      </w:r>
      <w:bookmarkEnd w:id="6"/>
    </w:p>
    <w:p w:rsidR="00137455" w:rsidRDefault="007B7EAD">
      <w:r>
        <w:t>Formeln werden in Word über „Einfügen</w:t>
      </w:r>
      <w:r>
        <w:t xml:space="preserve"> → Formel“ erstellt und nicht als Bild eingefügt. Ein Beispiel für eine einfache Nachfragefunktion: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46"/>
        <w:gridCol w:w="2646"/>
        <w:gridCol w:w="2646"/>
      </w:tblGrid>
      <w:tr w:rsidR="00137455">
        <w:trPr>
          <w:jc w:val="center"/>
        </w:trPr>
        <w:tc>
          <w:tcPr>
            <w:tcW w:w="2646" w:type="dxa"/>
            <w:tcMar>
              <w:top w:w="90" w:type="dxa"/>
              <w:left w:w="0" w:type="dxa"/>
              <w:bottom w:w="90" w:type="dxa"/>
              <w:right w:w="0" w:type="dxa"/>
            </w:tcMar>
          </w:tcPr>
          <w:p w:rsidR="00137455" w:rsidRDefault="00137455"/>
        </w:tc>
        <w:tc>
          <w:tcPr>
            <w:tcW w:w="2646" w:type="dxa"/>
            <w:tcMar>
              <w:top w:w="90" w:type="dxa"/>
              <w:left w:w="0" w:type="dxa"/>
              <w:bottom w:w="90" w:type="dxa"/>
              <w:right w:w="0" w:type="dxa"/>
            </w:tcMar>
          </w:tcPr>
          <w:p w:rsidR="00137455" w:rsidRDefault="007B7EAD">
            <w:pPr>
              <w:spacing w:line="240" w:lineRule="auto"/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 = </m:t>
                </m:r>
                <m:r>
                  <w:rPr>
                    <w:rFonts w:ascii="Cambria Math" w:hAnsi="Cambria Math"/>
                  </w:rPr>
                  <m:t>α</m:t>
                </m:r>
                <m:r>
                  <w:rPr>
                    <w:rFonts w:ascii="Cambria Math" w:hAnsi="Cambria Math"/>
                  </w:rPr>
                  <m:t xml:space="preserve"> +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 +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 +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2646" w:type="dxa"/>
            <w:tcMar>
              <w:top w:w="90" w:type="dxa"/>
              <w:left w:w="0" w:type="dxa"/>
              <w:bottom w:w="90" w:type="dxa"/>
              <w:right w:w="0" w:type="dxa"/>
            </w:tcMar>
          </w:tcPr>
          <w:p w:rsidR="00137455" w:rsidRDefault="007B7EAD">
            <w:pPr>
              <w:spacing w:line="240" w:lineRule="auto"/>
              <w:jc w:val="right"/>
            </w:pPr>
            <w:r>
              <w:t>(1)</w:t>
            </w:r>
          </w:p>
        </w:tc>
      </w:tr>
    </w:tbl>
    <w:p w:rsidR="00137455" w:rsidRDefault="007B7EAD">
      <w:r>
        <w:t xml:space="preserve">Dabei bezeichnet Q die nachgefragte Menge, P den Preis und Y das Einkommen. Die Koeffizienten beschreiben die </w:t>
      </w:r>
      <w:r>
        <w:t>jeweiligen Zusammenhänge; ε ist der Fehlerterm.</w:t>
      </w:r>
    </w:p>
    <w:p w:rsidR="00137455" w:rsidRDefault="007B7EAD">
      <w:r>
        <w:br w:type="page"/>
      </w:r>
    </w:p>
    <w:p w:rsidR="00137455" w:rsidRDefault="007B7EAD">
      <w:pPr>
        <w:pStyle w:val="Unnummerierteberschrift"/>
        <w:spacing w:before="0"/>
      </w:pPr>
      <w:bookmarkStart w:id="7" w:name="_Toc242700681"/>
      <w:r>
        <w:lastRenderedPageBreak/>
        <w:t>Literaturverzeichnis</w:t>
      </w:r>
      <w:bookmarkEnd w:id="7"/>
    </w:p>
    <w:p w:rsidR="00137455" w:rsidRPr="00BE381B" w:rsidRDefault="007B7EAD">
      <w:pPr>
        <w:pStyle w:val="Hinweis"/>
        <w:rPr>
          <w:lang w:val="de-DE"/>
        </w:rPr>
      </w:pPr>
      <w:r w:rsidRPr="00BE381B">
        <w:rPr>
          <w:lang w:val="de-DE"/>
        </w:rPr>
        <w:t>[Hier die tatsächlich verwendeten und zitierten Quellen gemäß den Vorgaben des Leitfadens aufführen.]</w:t>
      </w:r>
    </w:p>
    <w:p w:rsidR="00137455" w:rsidRDefault="007B7EAD">
      <w:r>
        <w:br w:type="page"/>
      </w:r>
    </w:p>
    <w:p w:rsidR="00137455" w:rsidRDefault="007B7EAD">
      <w:pPr>
        <w:pStyle w:val="Unnummerierteberschrift"/>
        <w:spacing w:before="0"/>
      </w:pPr>
      <w:bookmarkStart w:id="8" w:name="_Toc242700682"/>
      <w:r>
        <w:lastRenderedPageBreak/>
        <w:t>Anhang</w:t>
      </w:r>
      <w:bookmarkEnd w:id="8"/>
    </w:p>
    <w:p w:rsidR="00137455" w:rsidRPr="00BE381B" w:rsidRDefault="007B7EAD">
      <w:pPr>
        <w:pStyle w:val="Hinweis"/>
        <w:rPr>
          <w:lang w:val="de-DE"/>
        </w:rPr>
      </w:pPr>
      <w:r w:rsidRPr="00BE381B">
        <w:rPr>
          <w:lang w:val="de-DE"/>
        </w:rPr>
        <w:t>[Optional: ergänzende Tabellen, Abbildungen oder zusätzliche Analysen. Ent</w:t>
      </w:r>
      <w:r w:rsidRPr="00BE381B">
        <w:rPr>
          <w:lang w:val="de-DE"/>
        </w:rPr>
        <w:t>fernen Sie den Anhang, falls er nicht benötigt wird.]</w:t>
      </w:r>
    </w:p>
    <w:p w:rsidR="00137455" w:rsidRDefault="007B7EAD">
      <w:r>
        <w:br w:type="page"/>
      </w:r>
    </w:p>
    <w:p w:rsidR="00137455" w:rsidRDefault="007B7EAD">
      <w:pPr>
        <w:pStyle w:val="Verzeichnistitel"/>
        <w:spacing w:before="0" w:after="240"/>
      </w:pPr>
      <w:r>
        <w:lastRenderedPageBreak/>
        <w:t>Eigenständigkeitserklärung</w:t>
      </w:r>
    </w:p>
    <w:p w:rsidR="00137455" w:rsidRDefault="007B7EAD">
      <w:pPr>
        <w:keepNext/>
        <w:tabs>
          <w:tab w:val="left" w:pos="4167"/>
        </w:tabs>
        <w:spacing w:after="240" w:line="264" w:lineRule="auto"/>
      </w:pPr>
      <w:r>
        <w:rPr>
          <w:b/>
        </w:rPr>
        <w:t>Name:</w:t>
      </w:r>
      <w:r>
        <w:tab/>
      </w:r>
      <w:r>
        <w:rPr>
          <w:b/>
        </w:rPr>
        <w:t>Matrikelnummer:</w:t>
      </w:r>
    </w:p>
    <w:p w:rsidR="00137455" w:rsidRDefault="007B7EAD">
      <w:pPr>
        <w:keepNext/>
        <w:spacing w:after="240" w:line="264" w:lineRule="auto"/>
      </w:pPr>
      <w:r>
        <w:rPr>
          <w:b/>
        </w:rPr>
        <w:t>Modul:</w:t>
      </w:r>
    </w:p>
    <w:p w:rsidR="00137455" w:rsidRDefault="007B7EAD">
      <w:pPr>
        <w:keepNext/>
        <w:spacing w:after="400" w:line="264" w:lineRule="auto"/>
      </w:pPr>
      <w:r>
        <w:rPr>
          <w:b/>
        </w:rPr>
        <w:t>Titel:</w:t>
      </w:r>
    </w:p>
    <w:p w:rsidR="00137455" w:rsidRDefault="007B7EAD">
      <w:pPr>
        <w:keepLines/>
        <w:spacing w:after="280" w:line="312" w:lineRule="auto"/>
      </w:pPr>
      <w:r>
        <w:t xml:space="preserve">Hiermit versichere ich, dass ich die vorliegende </w:t>
      </w:r>
      <w:r w:rsidRPr="00BE381B">
        <w:t>Arbeit</w:t>
      </w:r>
      <w:r w:rsidRPr="00BE381B">
        <w:rPr>
          <w:i/>
        </w:rPr>
        <w:t xml:space="preserve"> </w:t>
      </w:r>
      <w:r w:rsidRPr="00BE381B">
        <w:rPr>
          <w:i/>
        </w:rPr>
        <w:t xml:space="preserve">selbstständig und ohne fremde Hilfe verfasst </w:t>
      </w:r>
      <w:r>
        <w:t>habe. Ich habe keine anderen als die angegebenen Quellen und Hilfsmittel benutzt. Stellen der Arbeit, die andere</w:t>
      </w:r>
      <w:r>
        <w:t xml:space="preserve"> Werke</w:t>
      </w:r>
      <w:r>
        <w:t xml:space="preserve"> – einschließlich elektronischer Medien – wörtlich oder sinngemäß entnommen wurden, habe ich unter Angabe der Quelle als Entlehnung kenn</w:t>
      </w:r>
      <w:r>
        <w:t>tlich gemacht. Insbesondere versichere ich, dass ich alle wörtlichen und sinngemäßen Übernahmen aus anderen Werken sowie die Verwendung KI-basierter Sprachwerkzeuge als solche kenntlich gemacht habe. Mir ist bekannt, dass ein Plagiat eine Täuschung darstel</w:t>
      </w:r>
      <w:r>
        <w:t>lt, die gemäß der Prüfungsordnung sanktioniert werden kann.</w:t>
      </w:r>
    </w:p>
    <w:p w:rsidR="00137455" w:rsidRDefault="007B7EAD">
      <w:pPr>
        <w:keepLines/>
        <w:spacing w:after="280" w:line="312" w:lineRule="auto"/>
      </w:pPr>
      <w:r>
        <w:t xml:space="preserve">Ich erkläre, dass ich Kenntnis von der Speicherung der Arbeit in einer Datenbank zum Zweck der Plagiatskontrolle sowie von ihrem Abgleich mit anderen Texten zur Feststellung von Übereinstimmungen </w:t>
      </w:r>
      <w:r>
        <w:t>habe.</w:t>
      </w:r>
    </w:p>
    <w:p w:rsidR="00137455" w:rsidRDefault="007B7EAD">
      <w:pPr>
        <w:keepLines/>
        <w:spacing w:after="480" w:line="312" w:lineRule="auto"/>
      </w:pPr>
      <w:r>
        <w:t>Ich versichere, dass ich die vorliegende Arbeit oder Teile daraus nicht anderweitig als Prüfungsarbeit eingereicht habe. Die gedruckte Fassung der Arbeit stimmt mit der eingereichten elektronischen Fassung überein.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50"/>
        <w:gridCol w:w="2438"/>
        <w:gridCol w:w="2750"/>
      </w:tblGrid>
      <w:tr w:rsidR="00137455">
        <w:trPr>
          <w:jc w:val="center"/>
        </w:trPr>
        <w:tc>
          <w:tcPr>
            <w:tcW w:w="27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7B7EAD">
            <w:pPr>
              <w:pBdr>
                <w:bottom w:val="single" w:sz="6" w:space="0" w:color="222222"/>
              </w:pBdr>
              <w:spacing w:line="240" w:lineRule="auto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137455"/>
        </w:tc>
        <w:tc>
          <w:tcPr>
            <w:tcW w:w="27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7B7EAD">
            <w:pPr>
              <w:pBdr>
                <w:bottom w:val="single" w:sz="6" w:space="0" w:color="222222"/>
              </w:pBdr>
              <w:spacing w:line="240" w:lineRule="auto"/>
            </w:pPr>
            <w:r>
              <w:rPr>
                <w:sz w:val="22"/>
              </w:rPr>
              <w:t xml:space="preserve"> </w:t>
            </w:r>
          </w:p>
        </w:tc>
        <w:bookmarkStart w:id="9" w:name="_GoBack"/>
        <w:bookmarkEnd w:id="9"/>
      </w:tr>
      <w:tr w:rsidR="00137455">
        <w:trPr>
          <w:jc w:val="center"/>
        </w:trPr>
        <w:tc>
          <w:tcPr>
            <w:tcW w:w="27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7B7EAD">
            <w:pPr>
              <w:spacing w:before="60" w:line="264" w:lineRule="auto"/>
              <w:jc w:val="center"/>
            </w:pPr>
            <w:r>
              <w:rPr>
                <w:sz w:val="22"/>
              </w:rPr>
              <w:t>(Ort, Datum)</w:t>
            </w:r>
          </w:p>
        </w:tc>
        <w:tc>
          <w:tcPr>
            <w:tcW w:w="24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137455"/>
        </w:tc>
        <w:tc>
          <w:tcPr>
            <w:tcW w:w="27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7455" w:rsidRDefault="007B7EAD">
            <w:pPr>
              <w:spacing w:before="60" w:line="264" w:lineRule="auto"/>
              <w:jc w:val="right"/>
            </w:pPr>
            <w:r>
              <w:rPr>
                <w:sz w:val="22"/>
              </w:rPr>
              <w:t>(Unterschrift)</w:t>
            </w:r>
          </w:p>
        </w:tc>
      </w:tr>
    </w:tbl>
    <w:p w:rsidR="007B7EAD" w:rsidRDefault="007B7EAD"/>
    <w:sectPr w:rsidR="007B7EAD" w:rsidSect="00034616">
      <w:footerReference w:type="default" r:id="rId10"/>
      <w:pgSz w:w="11906" w:h="16838"/>
      <w:pgMar w:top="1417" w:right="1984" w:bottom="1417" w:left="1984" w:header="737" w:footer="73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7EAD" w:rsidRDefault="007B7EAD">
      <w:pPr>
        <w:spacing w:line="240" w:lineRule="auto"/>
      </w:pPr>
      <w:r>
        <w:separator/>
      </w:r>
    </w:p>
  </w:endnote>
  <w:endnote w:type="continuationSeparator" w:id="0">
    <w:p w:rsidR="007B7EAD" w:rsidRDefault="007B7E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455" w:rsidRDefault="007B7EAD">
    <w:pPr>
      <w:pStyle w:val="Fuzeile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sz w:val="22"/>
      </w:rPr>
      <w:t>II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455" w:rsidRDefault="007B7EAD">
    <w:pPr>
      <w:pStyle w:val="Fuzeile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sz w:val="22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7EAD" w:rsidRDefault="007B7EAD">
      <w:pPr>
        <w:spacing w:line="240" w:lineRule="auto"/>
      </w:pPr>
      <w:r>
        <w:separator/>
      </w:r>
    </w:p>
  </w:footnote>
  <w:footnote w:type="continuationSeparator" w:id="0">
    <w:p w:rsidR="007B7EAD" w:rsidRDefault="007B7EA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03613AA"/>
    <w:multiLevelType w:val="multilevel"/>
    <w:tmpl w:val="25BAC758"/>
    <w:lvl w:ilvl="0">
      <w:start w:val="1"/>
      <w:numFmt w:val="decimal"/>
      <w:pStyle w:val="berschrift1"/>
      <w:suff w:val="space"/>
      <w:lvlText w:val="%1"/>
      <w:lvlJc w:val="left"/>
      <w:pPr>
        <w:ind w:left="0" w:firstLine="0"/>
      </w:pPr>
    </w:lvl>
    <w:lvl w:ilvl="1">
      <w:start w:val="1"/>
      <w:numFmt w:val="decimal"/>
      <w:pStyle w:val="berschrift2"/>
      <w:suff w:val="space"/>
      <w:lvlText w:val="%1.%2"/>
      <w:lvlJc w:val="left"/>
      <w:pPr>
        <w:ind w:left="0" w:firstLine="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455"/>
    <w:rsid w:val="0015074B"/>
    <w:rsid w:val="0029639D"/>
    <w:rsid w:val="00326F90"/>
    <w:rsid w:val="007B7EAD"/>
    <w:rsid w:val="00AA1D8D"/>
    <w:rsid w:val="00B47730"/>
    <w:rsid w:val="00BE381B"/>
    <w:rsid w:val="00CB0664"/>
    <w:rsid w:val="00D2405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DFE98D"/>
  <w14:defaultImageDpi w14:val="300"/>
  <w15:docId w15:val="{FEC07BA0-736A-43A9-B142-E5D07E5F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C693F"/>
    <w:pPr>
      <w:spacing w:after="0" w:line="360" w:lineRule="auto"/>
    </w:pPr>
    <w:rPr>
      <w:rFonts w:ascii="Times New Roman" w:eastAsia="Times New Roman" w:hAnsi="Times New Roman" w:cs="Times New Roman"/>
      <w:sz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numPr>
        <w:numId w:val="1"/>
      </w:numPr>
      <w:spacing w:before="320" w:after="180" w:line="269" w:lineRule="auto"/>
      <w:outlineLvl w:val="0"/>
    </w:pPr>
    <w:rPr>
      <w:b/>
      <w:bCs/>
      <w:color w:val="161F28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numPr>
        <w:ilvl w:val="1"/>
        <w:numId w:val="1"/>
      </w:numPr>
      <w:spacing w:before="260" w:after="140" w:line="269" w:lineRule="auto"/>
      <w:outlineLvl w:val="1"/>
    </w:pPr>
    <w:rPr>
      <w:b/>
      <w:bCs/>
      <w:color w:val="161F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tabs>
        <w:tab w:val="num" w:pos="360"/>
      </w:tabs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tabs>
        <w:tab w:val="num" w:pos="360"/>
      </w:tabs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tabs>
        <w:tab w:val="num" w:pos="360"/>
      </w:tabs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tabs>
        <w:tab w:val="num" w:pos="360"/>
      </w:tabs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tabs>
        <w:tab w:val="num" w:pos="360"/>
      </w:tabs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keepNext/>
      <w:spacing w:before="100" w:after="60" w:line="276" w:lineRule="auto"/>
    </w:pPr>
    <w:rPr>
      <w:bCs/>
      <w:color w:val="4F81BD" w:themeColor="accent1"/>
      <w:sz w:val="22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eschriftung1">
    <w:name w:val="Beschriftung1"/>
    <w:pPr>
      <w:keepNext/>
      <w:spacing w:before="100" w:after="60"/>
    </w:pPr>
    <w:rPr>
      <w:rFonts w:ascii="Times New Roman" w:hAnsi="Times New Roman"/>
    </w:rPr>
  </w:style>
  <w:style w:type="paragraph" w:customStyle="1" w:styleId="Hinweis">
    <w:name w:val="Hinweis"/>
    <w:pPr>
      <w:spacing w:after="100" w:line="269" w:lineRule="auto"/>
    </w:pPr>
    <w:rPr>
      <w:rFonts w:ascii="Times New Roman" w:hAnsi="Times New Roman"/>
      <w:i/>
      <w:color w:val="545F69"/>
      <w:sz w:val="20"/>
    </w:rPr>
  </w:style>
  <w:style w:type="paragraph" w:customStyle="1" w:styleId="Unnummerierteberschrift">
    <w:name w:val="Unnummerierte Überschrift"/>
    <w:basedOn w:val="Standard"/>
    <w:pPr>
      <w:spacing w:before="240" w:after="200"/>
      <w:outlineLvl w:val="0"/>
    </w:pPr>
    <w:rPr>
      <w:b/>
      <w:color w:val="161F28"/>
      <w:sz w:val="28"/>
    </w:rPr>
  </w:style>
  <w:style w:type="paragraph" w:customStyle="1" w:styleId="Verzeichnistitel">
    <w:name w:val="Verzeichnistitel"/>
    <w:basedOn w:val="Standard"/>
    <w:pPr>
      <w:keepNext/>
      <w:spacing w:before="240" w:after="200"/>
    </w:pPr>
    <w:rPr>
      <w:b/>
      <w:color w:val="161F28"/>
      <w:sz w:val="28"/>
    </w:rPr>
  </w:style>
  <w:style w:type="paragraph" w:styleId="Verzeichnis1">
    <w:name w:val="toc 1"/>
    <w:basedOn w:val="Standard"/>
    <w:next w:val="Standard"/>
    <w:autoRedefine/>
    <w:uiPriority w:val="39"/>
    <w:unhideWhenUsed/>
    <w:rsid w:val="00BE381B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BE381B"/>
    <w:pPr>
      <w:spacing w:after="100"/>
      <w:ind w:left="240"/>
    </w:pPr>
  </w:style>
  <w:style w:type="character" w:styleId="Hyperlink">
    <w:name w:val="Hyperlink"/>
    <w:basedOn w:val="Absatz-Standardschriftart"/>
    <w:uiPriority w:val="99"/>
    <w:unhideWhenUsed/>
    <w:rsid w:val="00BE381B"/>
    <w:rPr>
      <w:color w:val="0000FF" w:themeColor="hyperlink"/>
      <w:u w:val="single"/>
    </w:rPr>
  </w:style>
  <w:style w:type="paragraph" w:styleId="Abbildungsverzeichnis">
    <w:name w:val="table of figures"/>
    <w:basedOn w:val="Standard"/>
    <w:next w:val="Standard"/>
    <w:uiPriority w:val="99"/>
    <w:unhideWhenUsed/>
    <w:rsid w:val="00BE3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88DF94-9365-4017-8725-A791536BB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581</Words>
  <Characters>3666</Characters>
  <Application>Microsoft Office Word</Application>
  <DocSecurity>0</DocSecurity>
  <Lines>30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Vorlage für wissenschaftliche Abschlussarbeiten | Universität Siegen</vt:lpstr>
      <vt:lpstr/>
    </vt:vector>
  </TitlesOfParts>
  <Manager/>
  <Company/>
  <LinksUpToDate>false</LinksUpToDate>
  <CharactersWithSpaces>4239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für wissenschaftliche Abschlussarbeiten | Universität Siegen</dc:title>
  <dc:subject>Word-Vorlage nach den Guidelines for Writing Academic Papers</dc:subject>
  <dc:creator>Universität Siegen – Fakultät III</dc:creator>
  <cp:keywords/>
  <dc:description>generated by python-docx</dc:description>
  <cp:lastModifiedBy>Jannika Schad</cp:lastModifiedBy>
  <cp:revision>2</cp:revision>
  <dcterms:created xsi:type="dcterms:W3CDTF">2026-10-12T10:33:00Z</dcterms:created>
  <dcterms:modified xsi:type="dcterms:W3CDTF">2026-10-12T10:33:00Z</dcterms:modified>
  <cp:category/>
</cp:coreProperties>
</file>